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074E7E" w14:textId="42351FA1" w:rsidR="00095237" w:rsidRPr="00710D08" w:rsidRDefault="00812E9D" w:rsidP="0069363F">
      <w:pPr>
        <w:ind w:rightChars="-67" w:right="-147"/>
        <w:jc w:val="center"/>
        <w:rPr>
          <w:rFonts w:ascii="標楷體" w:eastAsia="標楷體" w:hAnsi="標楷體" w:cs="Times New Roman"/>
          <w:b/>
          <w:bCs/>
          <w:sz w:val="32"/>
          <w:szCs w:val="32"/>
          <w:lang w:eastAsia="zh-TW"/>
        </w:rPr>
      </w:pPr>
      <w:r w:rsidRPr="00710D08">
        <w:rPr>
          <w:rFonts w:ascii="標楷體" w:eastAsia="標楷體" w:hAnsi="標楷體" w:cs="Times New Roman" w:hint="eastAsia"/>
          <w:b/>
          <w:bCs/>
          <w:sz w:val="32"/>
          <w:szCs w:val="32"/>
          <w:lang w:eastAsia="zh-TW"/>
        </w:rPr>
        <w:t>國立嘉義</w:t>
      </w:r>
      <w:r w:rsidRPr="00710D08">
        <w:rPr>
          <w:rFonts w:ascii="標楷體" w:eastAsia="標楷體" w:hAnsi="標楷體" w:cs="Times New Roman"/>
          <w:b/>
          <w:bCs/>
          <w:sz w:val="32"/>
          <w:szCs w:val="32"/>
          <w:lang w:eastAsia="zh-TW"/>
        </w:rPr>
        <w:t>大學</w:t>
      </w:r>
      <w:r w:rsidR="009315FE" w:rsidRPr="00710D08">
        <w:rPr>
          <w:rFonts w:eastAsia="標楷體"/>
          <w:b/>
          <w:bCs/>
          <w:sz w:val="32"/>
          <w:szCs w:val="28"/>
          <w:lang w:eastAsia="zh-TW"/>
        </w:rPr>
        <w:t>年輕學者</w:t>
      </w:r>
      <w:r w:rsidR="009315FE" w:rsidRPr="00710D08">
        <w:rPr>
          <w:rFonts w:eastAsia="標楷體" w:hint="eastAsia"/>
          <w:b/>
          <w:bCs/>
          <w:sz w:val="32"/>
          <w:szCs w:val="28"/>
          <w:lang w:eastAsia="zh-TW"/>
        </w:rPr>
        <w:t>學術期刊論文投稿</w:t>
      </w:r>
      <w:r w:rsidR="009315FE" w:rsidRPr="00710D08">
        <w:rPr>
          <w:rFonts w:ascii="標楷體" w:eastAsia="標楷體" w:hAnsi="標楷體" w:cs="Times New Roman"/>
          <w:b/>
          <w:bCs/>
          <w:sz w:val="32"/>
          <w:szCs w:val="32"/>
          <w:lang w:eastAsia="zh-TW"/>
        </w:rPr>
        <w:t>補助</w:t>
      </w:r>
      <w:r w:rsidR="009315FE" w:rsidRPr="00710D08">
        <w:rPr>
          <w:rFonts w:ascii="標楷體" w:eastAsia="標楷體" w:hAnsi="標楷體" w:cs="Times New Roman" w:hint="eastAsia"/>
          <w:b/>
          <w:bCs/>
          <w:sz w:val="32"/>
          <w:szCs w:val="32"/>
          <w:lang w:eastAsia="zh-TW"/>
        </w:rPr>
        <w:t>與</w:t>
      </w:r>
      <w:r w:rsidR="003A7C23" w:rsidRPr="00710D08">
        <w:rPr>
          <w:rFonts w:ascii="標楷體" w:eastAsia="標楷體" w:hAnsi="標楷體" w:cs="Times New Roman" w:hint="eastAsia"/>
          <w:b/>
          <w:bCs/>
          <w:sz w:val="32"/>
          <w:szCs w:val="32"/>
          <w:lang w:eastAsia="zh-TW"/>
        </w:rPr>
        <w:t>研習</w:t>
      </w:r>
      <w:r w:rsidRPr="00710D08">
        <w:rPr>
          <w:rFonts w:ascii="標楷體" w:eastAsia="標楷體" w:hAnsi="標楷體" w:cs="Times New Roman"/>
          <w:b/>
          <w:bCs/>
          <w:sz w:val="32"/>
          <w:szCs w:val="32"/>
          <w:lang w:eastAsia="zh-TW"/>
        </w:rPr>
        <w:t>實施計畫</w:t>
      </w:r>
    </w:p>
    <w:p w14:paraId="31EF6FBF" w14:textId="77777777" w:rsidR="00A63826" w:rsidRPr="00710D08" w:rsidRDefault="001D7DC0">
      <w:pPr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一、計畫目的</w:t>
      </w:r>
    </w:p>
    <w:p w14:paraId="499EB932" w14:textId="7464C6A4" w:rsidR="00A63826" w:rsidRPr="00710D08" w:rsidRDefault="001D7DC0" w:rsidP="00812E9D">
      <w:pPr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為鼓勵本校</w:t>
      </w:r>
      <w:r w:rsidR="0069363F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年輕學者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積極投入學術研究與期刊</w:t>
      </w:r>
      <w:r w:rsidR="00812E9D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論文撰寫與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發表，提升學術能量與國際能見度，訂定本補助實施計畫，</w:t>
      </w:r>
      <w:r w:rsidR="003357F5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以辦理期刊論文投稿研習活動及補助教師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學術期刊</w:t>
      </w:r>
      <w:r w:rsidR="003357F5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論文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投稿</w:t>
      </w:r>
      <w:r w:rsidR="003357F5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費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，</w:t>
      </w:r>
      <w:r w:rsidR="00812E9D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支持</w:t>
      </w:r>
      <w:r w:rsidR="00223FA5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年輕學者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學術</w:t>
      </w:r>
      <w:r w:rsidR="00812E9D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專業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發展。</w:t>
      </w:r>
    </w:p>
    <w:p w14:paraId="161A9A09" w14:textId="64676647" w:rsidR="003357F5" w:rsidRPr="00710D08" w:rsidRDefault="001D7DC0">
      <w:pPr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二、</w:t>
      </w:r>
      <w:r w:rsidR="003357F5" w:rsidRPr="00710D08">
        <w:rPr>
          <w:rFonts w:ascii="Times New Roman" w:eastAsia="標楷體" w:hAnsi="Times New Roman" w:cs="Times New Roman" w:hint="eastAsia"/>
          <w:b/>
          <w:bCs/>
          <w:sz w:val="28"/>
          <w:szCs w:val="28"/>
          <w:lang w:eastAsia="zh-TW"/>
        </w:rPr>
        <w:t>期刊論文投稿</w:t>
      </w:r>
      <w:r w:rsidR="00E2307C" w:rsidRPr="00710D08">
        <w:rPr>
          <w:rFonts w:ascii="Times New Roman" w:eastAsia="標楷體" w:hAnsi="Times New Roman" w:cs="Times New Roman" w:hint="eastAsia"/>
          <w:b/>
          <w:bCs/>
          <w:sz w:val="28"/>
          <w:szCs w:val="28"/>
          <w:lang w:eastAsia="zh-TW"/>
        </w:rPr>
        <w:t>增能</w:t>
      </w:r>
      <w:r w:rsidR="003357F5" w:rsidRPr="00710D08">
        <w:rPr>
          <w:rFonts w:ascii="Times New Roman" w:eastAsia="標楷體" w:hAnsi="Times New Roman" w:cs="Times New Roman" w:hint="eastAsia"/>
          <w:b/>
          <w:bCs/>
          <w:sz w:val="28"/>
          <w:szCs w:val="28"/>
          <w:lang w:eastAsia="zh-TW"/>
        </w:rPr>
        <w:t>研習</w:t>
      </w:r>
    </w:p>
    <w:p w14:paraId="1FABE54D" w14:textId="516BEBD5" w:rsidR="003357F5" w:rsidRPr="00710D08" w:rsidRDefault="003357F5" w:rsidP="003357F5">
      <w:pPr>
        <w:spacing w:after="0" w:line="480" w:lineRule="exact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（一）主題：期刊選擇與論文投稿準備</w:t>
      </w:r>
    </w:p>
    <w:p w14:paraId="0F558412" w14:textId="5AF19CFE" w:rsidR="003357F5" w:rsidRPr="00710D08" w:rsidRDefault="003357F5" w:rsidP="003357F5">
      <w:pPr>
        <w:spacing w:after="0" w:line="480" w:lineRule="exact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（二）</w:t>
      </w:r>
      <w:r w:rsidR="00420762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主講人：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具投（審）稿豐富經驗之專家學者</w:t>
      </w:r>
    </w:p>
    <w:p w14:paraId="613C88AE" w14:textId="118E55F5" w:rsidR="003357F5" w:rsidRPr="00710D08" w:rsidRDefault="003357F5" w:rsidP="003357F5">
      <w:pPr>
        <w:spacing w:afterLines="100" w:after="240" w:line="480" w:lineRule="exact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（三）時間與地點另行公告。</w:t>
      </w:r>
    </w:p>
    <w:p w14:paraId="69337F97" w14:textId="69FDE271" w:rsidR="00A63826" w:rsidRPr="00710D08" w:rsidRDefault="003357F5" w:rsidP="003357F5">
      <w:pPr>
        <w:spacing w:afterLines="100" w:after="240"/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 w:hint="eastAsia"/>
          <w:b/>
          <w:bCs/>
          <w:sz w:val="28"/>
          <w:szCs w:val="28"/>
          <w:lang w:eastAsia="zh-TW"/>
        </w:rPr>
        <w:t>三、論文投稿費補助</w:t>
      </w:r>
      <w:r w:rsidRPr="00710D08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適用對象</w:t>
      </w:r>
    </w:p>
    <w:p w14:paraId="1BEAF53C" w14:textId="456DA667" w:rsidR="00A63826" w:rsidRPr="00710D08" w:rsidRDefault="00D80090" w:rsidP="00FE18FA">
      <w:pPr>
        <w:spacing w:line="480" w:lineRule="exact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申請時</w:t>
      </w:r>
      <w:r w:rsidRPr="00710D08">
        <w:rPr>
          <w:rFonts w:ascii="標楷體" w:eastAsia="標楷體" w:hAnsi="標楷體" w:hint="eastAsia"/>
          <w:bCs/>
          <w:sz w:val="28"/>
          <w:szCs w:val="28"/>
          <w:lang w:eastAsia="zh-TW"/>
        </w:rPr>
        <w:t>為</w:t>
      </w:r>
      <w:r w:rsidR="003E645F" w:rsidRPr="00710D08">
        <w:rPr>
          <w:rFonts w:ascii="標楷體" w:eastAsia="標楷體" w:hAnsi="標楷體" w:hint="eastAsia"/>
          <w:bCs/>
          <w:sz w:val="28"/>
          <w:szCs w:val="28"/>
          <w:lang w:eastAsia="zh-TW"/>
        </w:rPr>
        <w:t>現職</w:t>
      </w:r>
      <w:r w:rsidR="003E645F" w:rsidRPr="00710D08">
        <w:rPr>
          <w:rFonts w:ascii="標楷體" w:eastAsia="標楷體" w:hAnsi="標楷體"/>
          <w:bCs/>
          <w:sz w:val="28"/>
          <w:szCs w:val="28"/>
          <w:lang w:eastAsia="zh-TW"/>
        </w:rPr>
        <w:t>本校專任</w:t>
      </w:r>
      <w:r w:rsidR="00702AA5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或專案教師</w:t>
      </w:r>
      <w:r w:rsidR="003E645F" w:rsidRPr="00710D08">
        <w:rPr>
          <w:rFonts w:ascii="標楷體" w:eastAsia="標楷體" w:hAnsi="標楷體"/>
          <w:bCs/>
          <w:sz w:val="28"/>
          <w:szCs w:val="28"/>
          <w:lang w:eastAsia="zh-TW"/>
        </w:rPr>
        <w:t>，</w:t>
      </w:r>
      <w:r w:rsidR="003E645F" w:rsidRPr="00710D08">
        <w:rPr>
          <w:rFonts w:ascii="標楷體" w:eastAsia="標楷體" w:hAnsi="標楷體" w:hint="eastAsia"/>
          <w:bCs/>
          <w:sz w:val="28"/>
          <w:szCs w:val="28"/>
          <w:lang w:eastAsia="zh-TW"/>
        </w:rPr>
        <w:t>當年度12月31日止</w:t>
      </w:r>
      <w:r w:rsidR="003E645F" w:rsidRPr="00710D08">
        <w:rPr>
          <w:rFonts w:ascii="標楷體" w:eastAsia="標楷體" w:hAnsi="標楷體"/>
          <w:bCs/>
          <w:sz w:val="28"/>
          <w:szCs w:val="28"/>
          <w:lang w:eastAsia="zh-TW"/>
        </w:rPr>
        <w:t>年齡45歲（含)以下，女性45歲前</w:t>
      </w:r>
      <w:r w:rsidR="003E645F" w:rsidRPr="00710D08">
        <w:rPr>
          <w:rFonts w:ascii="標楷體" w:eastAsia="標楷體" w:hAnsi="標楷體"/>
          <w:sz w:val="28"/>
          <w:lang w:eastAsia="zh-TW"/>
        </w:rPr>
        <w:t>曾有生</w:t>
      </w:r>
      <w:r w:rsidR="003E645F" w:rsidRPr="00710D08">
        <w:rPr>
          <w:rFonts w:ascii="標楷體" w:eastAsia="標楷體" w:hAnsi="標楷體"/>
          <w:bCs/>
          <w:sz w:val="28"/>
          <w:szCs w:val="28"/>
          <w:lang w:eastAsia="zh-TW"/>
        </w:rPr>
        <w:t>育事實者，每生育一胎得延長2歲，應檢附相關證明文件</w:t>
      </w:r>
      <w:r w:rsidR="003E645F" w:rsidRPr="00710D08">
        <w:rPr>
          <w:rFonts w:ascii="標楷體" w:eastAsia="標楷體" w:hAnsi="標楷體" w:hint="eastAsia"/>
          <w:bCs/>
          <w:sz w:val="28"/>
          <w:szCs w:val="28"/>
          <w:lang w:eastAsia="zh-TW"/>
        </w:rPr>
        <w:t>。</w:t>
      </w:r>
      <w:r w:rsidR="009A6AD0" w:rsidRPr="00710D08">
        <w:rPr>
          <w:rFonts w:ascii="標楷體" w:eastAsia="標楷體" w:hAnsi="標楷體" w:hint="eastAsia"/>
          <w:bCs/>
          <w:sz w:val="28"/>
          <w:szCs w:val="28"/>
          <w:lang w:eastAsia="zh-TW"/>
        </w:rPr>
        <w:t>當年度</w:t>
      </w:r>
      <w:r w:rsidR="003E645F"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論文</w:t>
      </w:r>
      <w:r w:rsidR="00702AA5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投稿為</w:t>
      </w:r>
      <w:r w:rsidR="003E645F"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第一作者</w:t>
      </w:r>
      <w:r w:rsidR="00812E9D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或通訊作者</w:t>
      </w:r>
      <w:r w:rsidR="003E645F"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，</w:t>
      </w:r>
      <w:r w:rsidR="00222F59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論文</w:t>
      </w:r>
      <w:r w:rsidR="00812E9D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所屬機構為本校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，並已獲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接受函或期刊證明</w:t>
      </w:r>
      <w:r w:rsidR="003E645F"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。</w:t>
      </w:r>
      <w:bookmarkStart w:id="0" w:name="_GoBack"/>
      <w:bookmarkEnd w:id="0"/>
    </w:p>
    <w:p w14:paraId="5754FC34" w14:textId="77777777" w:rsidR="00A63826" w:rsidRPr="00710D08" w:rsidRDefault="001D7DC0" w:rsidP="009315FE">
      <w:pPr>
        <w:spacing w:line="480" w:lineRule="exact"/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三、補助條件與金額</w:t>
      </w:r>
    </w:p>
    <w:p w14:paraId="3E007C85" w14:textId="18C87CEB" w:rsidR="00E2307C" w:rsidRPr="00710D08" w:rsidRDefault="00E2307C" w:rsidP="009315FE">
      <w:pPr>
        <w:widowControl w:val="0"/>
        <w:tabs>
          <w:tab w:val="left" w:pos="851"/>
        </w:tabs>
        <w:spacing w:after="0" w:line="480" w:lineRule="exact"/>
        <w:ind w:left="283" w:hangingChars="101" w:hanging="283"/>
        <w:jc w:val="both"/>
        <w:rPr>
          <w:rFonts w:ascii="標楷體" w:eastAsia="標楷體" w:hAnsi="標楷體"/>
          <w:bCs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 xml:space="preserve">1. 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經費來源：</w:t>
      </w:r>
      <w:r w:rsidR="003E645F" w:rsidRPr="00710D08">
        <w:rPr>
          <w:rFonts w:ascii="標楷體" w:eastAsia="標楷體" w:hAnsi="標楷體"/>
          <w:sz w:val="28"/>
          <w:lang w:eastAsia="zh-TW"/>
        </w:rPr>
        <w:t>本計畫經費來源由本校產學合作</w:t>
      </w:r>
      <w:r w:rsidR="00702AA5" w:rsidRPr="00710D08">
        <w:rPr>
          <w:rFonts w:ascii="標楷體" w:eastAsia="標楷體" w:hAnsi="標楷體" w:hint="eastAsia"/>
          <w:sz w:val="28"/>
          <w:lang w:eastAsia="zh-TW"/>
        </w:rPr>
        <w:t>計畫</w:t>
      </w:r>
      <w:r w:rsidR="003E645F" w:rsidRPr="00710D08">
        <w:rPr>
          <w:rFonts w:ascii="標楷體" w:eastAsia="標楷體" w:hAnsi="標楷體"/>
          <w:sz w:val="28"/>
          <w:lang w:eastAsia="zh-TW"/>
        </w:rPr>
        <w:t>經費行政管理費</w:t>
      </w:r>
      <w:r w:rsidR="00702AA5" w:rsidRPr="00710D08">
        <w:rPr>
          <w:rFonts w:ascii="標楷體" w:eastAsia="標楷體" w:hAnsi="標楷體" w:hint="eastAsia"/>
          <w:sz w:val="28"/>
          <w:lang w:eastAsia="zh-TW"/>
        </w:rPr>
        <w:t>收入</w:t>
      </w:r>
      <w:r w:rsidR="003E645F" w:rsidRPr="00710D08">
        <w:rPr>
          <w:rFonts w:ascii="標楷體" w:eastAsia="標楷體" w:hAnsi="標楷體"/>
          <w:sz w:val="28"/>
          <w:lang w:eastAsia="zh-TW"/>
        </w:rPr>
        <w:t>項下支付</w:t>
      </w:r>
      <w:r w:rsidR="003E645F" w:rsidRPr="00710D08">
        <w:rPr>
          <w:rFonts w:ascii="標楷體" w:eastAsia="標楷體" w:hAnsi="標楷體" w:hint="eastAsia"/>
          <w:sz w:val="28"/>
          <w:lang w:eastAsia="zh-TW"/>
        </w:rPr>
        <w:t>。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本（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2025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）年計畫經費以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6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0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萬元為上限，論文投稿費補助</w:t>
      </w:r>
      <w:r w:rsidR="00702AA5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採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隨到隨審，倘本年度經費用罄即不再補助。</w:t>
      </w:r>
    </w:p>
    <w:p w14:paraId="3637E84D" w14:textId="4680B377" w:rsidR="00812E9D" w:rsidRPr="00710D08" w:rsidRDefault="00E2307C" w:rsidP="00FE18FA">
      <w:pPr>
        <w:spacing w:line="480" w:lineRule="exact"/>
        <w:ind w:left="283" w:hangingChars="101" w:hanging="283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 xml:space="preserve">2. 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論文投稿費</w:t>
      </w:r>
      <w:r w:rsidR="00702AA5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：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依期刊投稿費實支實付，且不得超過各期刊分級之上限。</w:t>
      </w:r>
      <w:r w:rsidR="00812E9D"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補助金額依期刊等級分級如下表：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1"/>
        <w:gridCol w:w="5153"/>
        <w:gridCol w:w="2156"/>
      </w:tblGrid>
      <w:tr w:rsidR="00710D08" w:rsidRPr="00710D08" w14:paraId="683EC263" w14:textId="77777777" w:rsidTr="00A82443">
        <w:trPr>
          <w:trHeight w:val="693"/>
          <w:tblHeader/>
          <w:tblCellSpacing w:w="15" w:type="dxa"/>
        </w:trPr>
        <w:tc>
          <w:tcPr>
            <w:tcW w:w="1276" w:type="dxa"/>
            <w:vAlign w:val="center"/>
            <w:hideMark/>
          </w:tcPr>
          <w:p w14:paraId="19D7A452" w14:textId="77777777" w:rsidR="00812E9D" w:rsidRPr="00710D08" w:rsidRDefault="00812E9D" w:rsidP="00A8244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lastRenderedPageBreak/>
              <w:t>期刊分級</w:t>
            </w:r>
          </w:p>
        </w:tc>
        <w:tc>
          <w:tcPr>
            <w:tcW w:w="5123" w:type="dxa"/>
            <w:vAlign w:val="center"/>
            <w:hideMark/>
          </w:tcPr>
          <w:p w14:paraId="00C7A92C" w14:textId="77777777" w:rsidR="00812E9D" w:rsidRPr="00710D08" w:rsidRDefault="00812E9D" w:rsidP="00812E9D">
            <w:pPr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說明</w:t>
            </w:r>
          </w:p>
        </w:tc>
        <w:tc>
          <w:tcPr>
            <w:tcW w:w="0" w:type="auto"/>
            <w:vAlign w:val="center"/>
            <w:hideMark/>
          </w:tcPr>
          <w:p w14:paraId="06B1A620" w14:textId="77777777" w:rsidR="00812E9D" w:rsidRPr="00710D08" w:rsidRDefault="00812E9D" w:rsidP="00812E9D">
            <w:pPr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補助金額（每篇</w:t>
            </w:r>
            <w:r w:rsidRPr="00710D08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u w:val="single"/>
                <w:lang w:eastAsia="zh-TW"/>
              </w:rPr>
              <w:t>上限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）</w:t>
            </w:r>
          </w:p>
        </w:tc>
      </w:tr>
      <w:tr w:rsidR="00710D08" w:rsidRPr="00710D08" w14:paraId="5DEC354D" w14:textId="77777777" w:rsidTr="00A82443">
        <w:trPr>
          <w:trHeight w:val="799"/>
          <w:tblCellSpacing w:w="15" w:type="dxa"/>
        </w:trPr>
        <w:tc>
          <w:tcPr>
            <w:tcW w:w="1276" w:type="dxa"/>
            <w:vAlign w:val="center"/>
            <w:hideMark/>
          </w:tcPr>
          <w:p w14:paraId="4AB42E1D" w14:textId="77777777" w:rsidR="00812E9D" w:rsidRPr="00710D08" w:rsidRDefault="00812E9D" w:rsidP="00A8244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第一級</w:t>
            </w:r>
          </w:p>
        </w:tc>
        <w:tc>
          <w:tcPr>
            <w:tcW w:w="5123" w:type="dxa"/>
            <w:vAlign w:val="center"/>
            <w:hideMark/>
          </w:tcPr>
          <w:p w14:paraId="7D59DE1B" w14:textId="77777777" w:rsidR="00812E9D" w:rsidRPr="00710D08" w:rsidRDefault="00812E9D" w:rsidP="00702AA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SCI/SSCI/A&amp;HCI 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前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10%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（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Top 10%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）或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 JCR Q1 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且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 IF ≥ 5</w:t>
            </w:r>
          </w:p>
        </w:tc>
        <w:tc>
          <w:tcPr>
            <w:tcW w:w="0" w:type="auto"/>
            <w:vAlign w:val="center"/>
            <w:hideMark/>
          </w:tcPr>
          <w:p w14:paraId="7BAAAE43" w14:textId="322029A8" w:rsidR="00812E9D" w:rsidRPr="00710D08" w:rsidRDefault="00812E9D" w:rsidP="00702AA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新台幣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 </w:t>
            </w:r>
            <w:r w:rsidRPr="00710D08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5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0,000 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元</w:t>
            </w:r>
          </w:p>
        </w:tc>
      </w:tr>
      <w:tr w:rsidR="00710D08" w:rsidRPr="00710D08" w14:paraId="5C1B0C08" w14:textId="77777777" w:rsidTr="00A82443">
        <w:trPr>
          <w:trHeight w:val="1038"/>
          <w:tblCellSpacing w:w="15" w:type="dxa"/>
        </w:trPr>
        <w:tc>
          <w:tcPr>
            <w:tcW w:w="1276" w:type="dxa"/>
            <w:vAlign w:val="center"/>
            <w:hideMark/>
          </w:tcPr>
          <w:p w14:paraId="49C5B9A4" w14:textId="77777777" w:rsidR="00812E9D" w:rsidRPr="00710D08" w:rsidRDefault="00812E9D" w:rsidP="00A8244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第二級</w:t>
            </w:r>
          </w:p>
        </w:tc>
        <w:tc>
          <w:tcPr>
            <w:tcW w:w="5123" w:type="dxa"/>
            <w:vAlign w:val="center"/>
            <w:hideMark/>
          </w:tcPr>
          <w:p w14:paraId="416FAD48" w14:textId="77777777" w:rsidR="00812E9D" w:rsidRPr="00710D08" w:rsidRDefault="00812E9D" w:rsidP="00702AA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SCI/SSCI/A&amp;HCI JCR Q1/Q2 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期刊</w:t>
            </w:r>
          </w:p>
        </w:tc>
        <w:tc>
          <w:tcPr>
            <w:tcW w:w="0" w:type="auto"/>
            <w:vAlign w:val="center"/>
            <w:hideMark/>
          </w:tcPr>
          <w:p w14:paraId="745781CA" w14:textId="4A6AFE15" w:rsidR="00812E9D" w:rsidRPr="00710D08" w:rsidRDefault="00812E9D" w:rsidP="00702AA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新台幣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 </w:t>
            </w:r>
            <w:r w:rsidRPr="00710D08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3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0,000 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元</w:t>
            </w:r>
          </w:p>
        </w:tc>
      </w:tr>
      <w:tr w:rsidR="00710D08" w:rsidRPr="00710D08" w14:paraId="26A14B80" w14:textId="77777777" w:rsidTr="00A82443">
        <w:trPr>
          <w:trHeight w:val="1038"/>
          <w:tblCellSpacing w:w="15" w:type="dxa"/>
        </w:trPr>
        <w:tc>
          <w:tcPr>
            <w:tcW w:w="1276" w:type="dxa"/>
            <w:vAlign w:val="center"/>
            <w:hideMark/>
          </w:tcPr>
          <w:p w14:paraId="14A96D3E" w14:textId="77777777" w:rsidR="00812E9D" w:rsidRPr="00710D08" w:rsidRDefault="00812E9D" w:rsidP="00A8244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第三級</w:t>
            </w:r>
          </w:p>
        </w:tc>
        <w:tc>
          <w:tcPr>
            <w:tcW w:w="5123" w:type="dxa"/>
            <w:vAlign w:val="center"/>
            <w:hideMark/>
          </w:tcPr>
          <w:p w14:paraId="42D0B14D" w14:textId="77777777" w:rsidR="00812E9D" w:rsidRPr="00710D08" w:rsidRDefault="00812E9D" w:rsidP="00702AA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SCI/SSCI/A&amp;HCI JCR Q3/Q4 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或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 Scopus Q1/Q2</w:t>
            </w:r>
          </w:p>
        </w:tc>
        <w:tc>
          <w:tcPr>
            <w:tcW w:w="0" w:type="auto"/>
            <w:vAlign w:val="center"/>
            <w:hideMark/>
          </w:tcPr>
          <w:p w14:paraId="5B2E9F47" w14:textId="408BB905" w:rsidR="00812E9D" w:rsidRPr="00710D08" w:rsidRDefault="00812E9D" w:rsidP="00702AA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新台幣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 </w:t>
            </w:r>
            <w:r w:rsidRPr="00710D08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1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0,000 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元</w:t>
            </w:r>
          </w:p>
        </w:tc>
      </w:tr>
    </w:tbl>
    <w:p w14:paraId="14474D61" w14:textId="0FAF4CF5" w:rsidR="00A63826" w:rsidRPr="00710D08" w:rsidRDefault="001D7DC0" w:rsidP="00702AA5">
      <w:pPr>
        <w:spacing w:beforeLines="150" w:before="360"/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四、申請方式</w:t>
      </w:r>
    </w:p>
    <w:p w14:paraId="2D664941" w14:textId="77777777" w:rsidR="004C6F84" w:rsidRPr="00710D08" w:rsidRDefault="001D7DC0" w:rsidP="00FE18FA">
      <w:pPr>
        <w:spacing w:after="0" w:line="480" w:lineRule="exact"/>
        <w:ind w:left="280" w:hangingChars="100" w:hanging="280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1. 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補助之期刊論文類型包含：紙本期刊論文、電子期刊論文（含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Open Access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期刊）。</w:t>
      </w:r>
    </w:p>
    <w:p w14:paraId="6045CFFD" w14:textId="77777777" w:rsidR="004C6F84" w:rsidRPr="00710D08" w:rsidRDefault="004C6F84" w:rsidP="00FE18FA">
      <w:pPr>
        <w:spacing w:after="0" w:line="480" w:lineRule="exact"/>
        <w:ind w:left="280" w:hangingChars="100" w:hanging="280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 xml:space="preserve">2. 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每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篇論文限補助</w:t>
      </w:r>
      <w:r w:rsidRPr="00710D08">
        <w:rPr>
          <w:rFonts w:ascii="Times New Roman" w:eastAsia="標楷體" w:hAnsi="Times New Roman" w:cs="Times New Roman"/>
          <w:b/>
          <w:bCs/>
          <w:sz w:val="28"/>
          <w:szCs w:val="28"/>
          <w:u w:val="single"/>
          <w:lang w:eastAsia="zh-TW"/>
        </w:rPr>
        <w:t>一次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。倘第一作者與通訊作者皆為本校新進教師，則由申請人一人為代表。</w:t>
      </w:r>
    </w:p>
    <w:p w14:paraId="31CC14AA" w14:textId="5355D822" w:rsidR="004C6F84" w:rsidRPr="00710D08" w:rsidRDefault="00E2307C" w:rsidP="00FE18FA">
      <w:pPr>
        <w:spacing w:after="0" w:line="480" w:lineRule="exact"/>
        <w:ind w:left="280" w:hangingChars="100" w:hanging="280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3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 xml:space="preserve">. 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應備資料：</w:t>
      </w:r>
      <w:r w:rsidR="005C77AC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年輕學者學術期刊論文獎勵申請表、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發表之期刊全文（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PDF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）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、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接受函或期刊證明（含刊載頁碼與作者排序）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、期刊投稿費說明與申請人支付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投稿費證明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文件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（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掃描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PDF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或照片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）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、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JCR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或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Scopus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分區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/IF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證明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。</w:t>
      </w:r>
    </w:p>
    <w:p w14:paraId="4A41166B" w14:textId="13D47BC9" w:rsidR="004C6F84" w:rsidRPr="00710D08" w:rsidRDefault="00E2307C" w:rsidP="00FE18FA">
      <w:pPr>
        <w:spacing w:after="0" w:line="480" w:lineRule="exact"/>
        <w:ind w:left="283" w:hangingChars="101" w:hanging="283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4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 xml:space="preserve">. </w:t>
      </w:r>
      <w:r w:rsidR="00EB0277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論文投稿費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補助</w:t>
      </w:r>
      <w:r w:rsidR="00EB0277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與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其他論文</w:t>
      </w:r>
      <w:r w:rsidR="004C6F84"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獎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勵補助</w:t>
      </w:r>
      <w:r w:rsidR="004C6F84"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不得重複申請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。</w:t>
      </w:r>
      <w:r w:rsidR="000B4DDC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若已由研究計畫支付投稿費用，不得重複申請本補助。</w:t>
      </w:r>
    </w:p>
    <w:p w14:paraId="2315FE9D" w14:textId="60DF583F" w:rsidR="004C6F84" w:rsidRPr="00710D08" w:rsidRDefault="00E2307C" w:rsidP="00FE18FA">
      <w:pPr>
        <w:spacing w:after="0" w:line="480" w:lineRule="exact"/>
        <w:ind w:left="283" w:hangingChars="101" w:hanging="283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5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 xml:space="preserve">. </w:t>
      </w:r>
      <w:r w:rsidR="004C6F84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申請人若有違反學術倫理情事不予補助。</w:t>
      </w:r>
      <w:r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倘申請人有違反學術倫理案件，本校得追回補助，申請人不得異議。</w:t>
      </w:r>
    </w:p>
    <w:p w14:paraId="5E7B6271" w14:textId="781E966B" w:rsidR="00A63826" w:rsidRPr="00710D08" w:rsidRDefault="00E2307C" w:rsidP="00EB0277">
      <w:pPr>
        <w:spacing w:beforeLines="100" w:before="240" w:after="0"/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 w:hint="eastAsia"/>
          <w:b/>
          <w:bCs/>
          <w:sz w:val="28"/>
          <w:szCs w:val="28"/>
          <w:lang w:eastAsia="zh-TW"/>
        </w:rPr>
        <w:t>五</w:t>
      </w:r>
      <w:r w:rsidRPr="00710D08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、</w:t>
      </w:r>
      <w:r w:rsidRPr="00710D08">
        <w:rPr>
          <w:rFonts w:ascii="Times New Roman" w:eastAsia="標楷體" w:hAnsi="Times New Roman" w:cs="Times New Roman" w:hint="eastAsia"/>
          <w:b/>
          <w:bCs/>
          <w:sz w:val="28"/>
          <w:szCs w:val="28"/>
          <w:lang w:eastAsia="zh-TW"/>
        </w:rPr>
        <w:t>其他</w:t>
      </w:r>
    </w:p>
    <w:p w14:paraId="42F56901" w14:textId="4A4E128A" w:rsidR="003E645F" w:rsidRPr="00710D08" w:rsidRDefault="001D7DC0" w:rsidP="004D5F7A">
      <w:pPr>
        <w:widowControl w:val="0"/>
        <w:tabs>
          <w:tab w:val="left" w:pos="851"/>
        </w:tabs>
        <w:spacing w:after="0" w:line="440" w:lineRule="exact"/>
        <w:rPr>
          <w:rFonts w:ascii="標楷體" w:eastAsia="標楷體" w:hAnsi="標楷體"/>
          <w:bCs/>
          <w:sz w:val="28"/>
          <w:szCs w:val="28"/>
          <w:lang w:eastAsia="zh-TW"/>
        </w:rPr>
      </w:pP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1. 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本計畫如有未盡事宜，由研</w:t>
      </w:r>
      <w:r w:rsidR="00EB0277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究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發</w:t>
      </w:r>
      <w:r w:rsidR="00EB0277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展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處另行公告補充說明。</w:t>
      </w:r>
      <w:r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br/>
        <w:t>2.</w:t>
      </w:r>
      <w:r w:rsidR="003E645F" w:rsidRPr="00710D0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 xml:space="preserve"> </w:t>
      </w:r>
      <w:r w:rsidR="003E645F" w:rsidRPr="00710D08">
        <w:rPr>
          <w:rFonts w:ascii="標楷體" w:eastAsia="標楷體" w:hAnsi="標楷體" w:hint="eastAsia"/>
          <w:sz w:val="28"/>
          <w:lang w:eastAsia="zh-TW"/>
        </w:rPr>
        <w:t>本</w:t>
      </w:r>
      <w:r w:rsidR="003E645F" w:rsidRPr="00710D08">
        <w:rPr>
          <w:rFonts w:ascii="Times New Roman" w:eastAsia="標楷體" w:hAnsi="Times New Roman" w:cs="Times New Roman"/>
          <w:sz w:val="28"/>
          <w:szCs w:val="28"/>
          <w:lang w:eastAsia="zh-TW"/>
        </w:rPr>
        <w:t>計畫</w:t>
      </w:r>
      <w:r w:rsidR="003E645F" w:rsidRPr="00710D08">
        <w:rPr>
          <w:rFonts w:ascii="標楷體" w:eastAsia="標楷體" w:hAnsi="標楷體" w:hint="eastAsia"/>
          <w:sz w:val="28"/>
          <w:lang w:eastAsia="zh-TW"/>
        </w:rPr>
        <w:t>經學術審議小組會議審議通過，陳請校長核</w:t>
      </w:r>
      <w:r w:rsidR="00223FA5" w:rsidRPr="00710D08">
        <w:rPr>
          <w:rFonts w:ascii="標楷體" w:eastAsia="標楷體" w:hAnsi="標楷體" w:hint="eastAsia"/>
          <w:sz w:val="28"/>
          <w:lang w:eastAsia="zh-TW"/>
        </w:rPr>
        <w:t>定</w:t>
      </w:r>
      <w:r w:rsidR="003E645F" w:rsidRPr="00710D08">
        <w:rPr>
          <w:rFonts w:ascii="標楷體" w:eastAsia="標楷體" w:hAnsi="標楷體" w:hint="eastAsia"/>
          <w:sz w:val="28"/>
          <w:lang w:eastAsia="zh-TW"/>
        </w:rPr>
        <w:t>後實施。</w:t>
      </w:r>
    </w:p>
    <w:p w14:paraId="49E86616" w14:textId="27271506" w:rsidR="009315FE" w:rsidRPr="00710D08" w:rsidRDefault="009315FE" w:rsidP="009315FE">
      <w:pPr>
        <w:spacing w:line="480" w:lineRule="exact"/>
        <w:ind w:left="1440" w:hangingChars="450" w:hanging="1440"/>
        <w:jc w:val="center"/>
        <w:rPr>
          <w:rFonts w:eastAsia="標楷體"/>
          <w:sz w:val="32"/>
          <w:szCs w:val="28"/>
          <w:lang w:eastAsia="zh-TW"/>
        </w:rPr>
      </w:pPr>
      <w:r w:rsidRPr="00710D08">
        <w:rPr>
          <w:rFonts w:eastAsia="標楷體"/>
          <w:sz w:val="32"/>
          <w:szCs w:val="28"/>
          <w:lang w:eastAsia="zh-TW"/>
        </w:rPr>
        <w:lastRenderedPageBreak/>
        <w:t>國立</w:t>
      </w:r>
      <w:r w:rsidRPr="00710D08">
        <w:rPr>
          <w:rFonts w:eastAsia="標楷體" w:hint="eastAsia"/>
          <w:sz w:val="32"/>
          <w:szCs w:val="28"/>
          <w:lang w:eastAsia="zh-TW"/>
        </w:rPr>
        <w:t>嘉義</w:t>
      </w:r>
      <w:r w:rsidRPr="00710D08">
        <w:rPr>
          <w:rFonts w:eastAsia="標楷體"/>
          <w:sz w:val="32"/>
          <w:szCs w:val="28"/>
          <w:lang w:eastAsia="zh-TW"/>
        </w:rPr>
        <w:t>大學</w:t>
      </w:r>
      <w:r w:rsidRPr="00710D08">
        <w:rPr>
          <w:rFonts w:eastAsia="標楷體"/>
          <w:sz w:val="32"/>
          <w:szCs w:val="28"/>
          <w:u w:val="single"/>
          <w:lang w:eastAsia="zh-TW"/>
        </w:rPr>
        <w:t xml:space="preserve">    </w:t>
      </w:r>
      <w:r w:rsidRPr="00710D08">
        <w:rPr>
          <w:rFonts w:eastAsia="標楷體" w:hint="eastAsia"/>
          <w:sz w:val="32"/>
          <w:szCs w:val="28"/>
          <w:u w:val="single"/>
          <w:lang w:eastAsia="zh-TW"/>
        </w:rPr>
        <w:t xml:space="preserve">       </w:t>
      </w:r>
      <w:r w:rsidRPr="00710D08">
        <w:rPr>
          <w:rFonts w:eastAsia="標楷體"/>
          <w:sz w:val="32"/>
          <w:szCs w:val="28"/>
          <w:lang w:eastAsia="zh-TW"/>
        </w:rPr>
        <w:t>年度</w:t>
      </w:r>
      <w:r w:rsidRPr="00710D08">
        <w:rPr>
          <w:rFonts w:eastAsia="標楷體"/>
          <w:sz w:val="32"/>
          <w:szCs w:val="28"/>
          <w:u w:val="single"/>
          <w:lang w:eastAsia="zh-TW"/>
        </w:rPr>
        <w:t xml:space="preserve">    </w:t>
      </w:r>
      <w:r w:rsidRPr="00710D08">
        <w:rPr>
          <w:rFonts w:eastAsia="標楷體" w:hint="eastAsia"/>
          <w:sz w:val="32"/>
          <w:szCs w:val="28"/>
          <w:u w:val="single"/>
          <w:lang w:eastAsia="zh-TW"/>
        </w:rPr>
        <w:t xml:space="preserve">      </w:t>
      </w:r>
      <w:r w:rsidRPr="00710D08">
        <w:rPr>
          <w:rFonts w:eastAsia="標楷體"/>
          <w:sz w:val="32"/>
          <w:szCs w:val="28"/>
          <w:lang w:eastAsia="zh-TW"/>
        </w:rPr>
        <w:t>學院</w:t>
      </w:r>
      <w:r w:rsidRPr="00710D08">
        <w:rPr>
          <w:rFonts w:eastAsia="標楷體"/>
          <w:sz w:val="32"/>
          <w:szCs w:val="28"/>
          <w:u w:val="single"/>
          <w:lang w:eastAsia="zh-TW"/>
        </w:rPr>
        <w:t xml:space="preserve">    </w:t>
      </w:r>
      <w:r w:rsidRPr="00710D08">
        <w:rPr>
          <w:rFonts w:eastAsia="標楷體" w:hint="eastAsia"/>
          <w:sz w:val="32"/>
          <w:szCs w:val="28"/>
          <w:u w:val="single"/>
          <w:lang w:eastAsia="zh-TW"/>
        </w:rPr>
        <w:t xml:space="preserve">           </w:t>
      </w:r>
      <w:r w:rsidRPr="00710D08">
        <w:rPr>
          <w:rFonts w:eastAsia="標楷體"/>
          <w:sz w:val="32"/>
          <w:szCs w:val="28"/>
          <w:lang w:eastAsia="zh-TW"/>
        </w:rPr>
        <w:t>系（所、學位學程）</w:t>
      </w:r>
    </w:p>
    <w:p w14:paraId="73A1351A" w14:textId="551FE26E" w:rsidR="009315FE" w:rsidRPr="00710D08" w:rsidRDefault="009315FE" w:rsidP="009315FE">
      <w:pPr>
        <w:spacing w:line="480" w:lineRule="exact"/>
        <w:ind w:left="1440" w:hangingChars="450" w:hanging="1440"/>
        <w:jc w:val="center"/>
        <w:rPr>
          <w:rFonts w:eastAsia="標楷體"/>
          <w:sz w:val="32"/>
          <w:szCs w:val="28"/>
          <w:lang w:eastAsia="zh-TW"/>
        </w:rPr>
      </w:pPr>
      <w:r w:rsidRPr="00710D08">
        <w:rPr>
          <w:rFonts w:eastAsia="標楷體"/>
          <w:sz w:val="32"/>
          <w:szCs w:val="28"/>
          <w:lang w:eastAsia="zh-TW"/>
        </w:rPr>
        <w:t>年輕學者</w:t>
      </w:r>
      <w:r w:rsidRPr="00710D08">
        <w:rPr>
          <w:rFonts w:eastAsia="標楷體" w:hint="eastAsia"/>
          <w:sz w:val="32"/>
          <w:szCs w:val="28"/>
          <w:lang w:eastAsia="zh-TW"/>
        </w:rPr>
        <w:t>學術期刊論文投稿</w:t>
      </w:r>
      <w:r w:rsidRPr="00710D08">
        <w:rPr>
          <w:rFonts w:ascii="標楷體" w:eastAsia="標楷體" w:hAnsi="標楷體" w:cs="Times New Roman"/>
          <w:sz w:val="32"/>
          <w:szCs w:val="32"/>
          <w:lang w:eastAsia="zh-TW"/>
        </w:rPr>
        <w:t>補助</w:t>
      </w:r>
      <w:r w:rsidRPr="00710D08">
        <w:rPr>
          <w:rFonts w:eastAsia="標楷體"/>
          <w:sz w:val="32"/>
          <w:szCs w:val="28"/>
          <w:lang w:eastAsia="zh-TW"/>
        </w:rPr>
        <w:t>申請表</w:t>
      </w:r>
    </w:p>
    <w:tbl>
      <w:tblPr>
        <w:tblW w:w="988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8"/>
        <w:gridCol w:w="2532"/>
        <w:gridCol w:w="108"/>
        <w:gridCol w:w="1512"/>
        <w:gridCol w:w="1128"/>
        <w:gridCol w:w="2640"/>
      </w:tblGrid>
      <w:tr w:rsidR="00710D08" w:rsidRPr="00710D08" w14:paraId="4D5BA1E9" w14:textId="77777777" w:rsidTr="009315FE">
        <w:trPr>
          <w:trHeight w:val="336"/>
          <w:jc w:val="center"/>
        </w:trPr>
        <w:tc>
          <w:tcPr>
            <w:tcW w:w="1968" w:type="dxa"/>
            <w:vAlign w:val="center"/>
          </w:tcPr>
          <w:p w14:paraId="4A428854" w14:textId="77777777" w:rsidR="009315FE" w:rsidRPr="00710D08" w:rsidRDefault="009315FE" w:rsidP="009315F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10D08">
              <w:rPr>
                <w:rFonts w:eastAsia="標楷體"/>
                <w:sz w:val="28"/>
                <w:szCs w:val="28"/>
              </w:rPr>
              <w:t>姓　名</w:t>
            </w:r>
          </w:p>
        </w:tc>
        <w:tc>
          <w:tcPr>
            <w:tcW w:w="2532" w:type="dxa"/>
          </w:tcPr>
          <w:p w14:paraId="7574DA13" w14:textId="77777777" w:rsidR="009315FE" w:rsidRPr="00710D08" w:rsidRDefault="009315FE" w:rsidP="006B58A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20" w:type="dxa"/>
            <w:gridSpan w:val="2"/>
          </w:tcPr>
          <w:p w14:paraId="1EDF09C2" w14:textId="77777777" w:rsidR="009315FE" w:rsidRPr="00710D08" w:rsidRDefault="009315FE" w:rsidP="006B58A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10D08">
              <w:rPr>
                <w:rFonts w:eastAsia="標楷體"/>
                <w:sz w:val="28"/>
                <w:szCs w:val="28"/>
              </w:rPr>
              <w:t>職　稱</w:t>
            </w:r>
          </w:p>
        </w:tc>
        <w:tc>
          <w:tcPr>
            <w:tcW w:w="3768" w:type="dxa"/>
            <w:gridSpan w:val="2"/>
          </w:tcPr>
          <w:p w14:paraId="6D861EE1" w14:textId="77777777" w:rsidR="009315FE" w:rsidRPr="00710D08" w:rsidRDefault="009315FE" w:rsidP="006B58A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10D08" w:rsidRPr="00710D08" w14:paraId="14CB340F" w14:textId="77777777" w:rsidTr="009315FE">
        <w:trPr>
          <w:trHeight w:val="319"/>
          <w:jc w:val="center"/>
        </w:trPr>
        <w:tc>
          <w:tcPr>
            <w:tcW w:w="1968" w:type="dxa"/>
            <w:vAlign w:val="center"/>
          </w:tcPr>
          <w:p w14:paraId="4F5F515E" w14:textId="77777777" w:rsidR="009315FE" w:rsidRPr="00710D08" w:rsidRDefault="009315FE" w:rsidP="009315F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10D08">
              <w:rPr>
                <w:rFonts w:eastAsia="標楷體"/>
                <w:sz w:val="28"/>
                <w:szCs w:val="28"/>
              </w:rPr>
              <w:t>單　位</w:t>
            </w:r>
          </w:p>
        </w:tc>
        <w:tc>
          <w:tcPr>
            <w:tcW w:w="7920" w:type="dxa"/>
            <w:gridSpan w:val="5"/>
          </w:tcPr>
          <w:p w14:paraId="16C1684E" w14:textId="77777777" w:rsidR="009315FE" w:rsidRPr="00710D08" w:rsidRDefault="009315FE" w:rsidP="006B58A6">
            <w:pPr>
              <w:jc w:val="right"/>
              <w:rPr>
                <w:rFonts w:eastAsia="標楷體"/>
                <w:sz w:val="28"/>
                <w:szCs w:val="28"/>
              </w:rPr>
            </w:pPr>
            <w:r w:rsidRPr="00710D08">
              <w:rPr>
                <w:rFonts w:eastAsia="標楷體"/>
                <w:sz w:val="28"/>
                <w:szCs w:val="28"/>
              </w:rPr>
              <w:t xml:space="preserve">　　　　　　　　　　　系（所）</w:t>
            </w:r>
          </w:p>
        </w:tc>
      </w:tr>
      <w:tr w:rsidR="00710D08" w:rsidRPr="00710D08" w14:paraId="3F9A0CF8" w14:textId="77777777" w:rsidTr="006B58A6">
        <w:trPr>
          <w:trHeight w:val="117"/>
          <w:jc w:val="center"/>
        </w:trPr>
        <w:tc>
          <w:tcPr>
            <w:tcW w:w="1968" w:type="dxa"/>
          </w:tcPr>
          <w:p w14:paraId="5298CE02" w14:textId="77777777" w:rsidR="009315FE" w:rsidRPr="00710D08" w:rsidRDefault="009315FE" w:rsidP="006B58A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10D08">
              <w:rPr>
                <w:rFonts w:eastAsia="標楷體" w:hint="eastAsia"/>
                <w:sz w:val="28"/>
                <w:szCs w:val="28"/>
              </w:rPr>
              <w:t>出生年月日</w:t>
            </w:r>
          </w:p>
        </w:tc>
        <w:tc>
          <w:tcPr>
            <w:tcW w:w="7920" w:type="dxa"/>
            <w:gridSpan w:val="5"/>
          </w:tcPr>
          <w:p w14:paraId="4B240329" w14:textId="77777777" w:rsidR="009315FE" w:rsidRPr="00710D08" w:rsidRDefault="009315FE" w:rsidP="006B58A6">
            <w:pPr>
              <w:rPr>
                <w:rFonts w:eastAsia="標楷體"/>
                <w:sz w:val="28"/>
                <w:szCs w:val="28"/>
                <w:lang w:eastAsia="zh-TW"/>
              </w:rPr>
            </w:pPr>
            <w:r w:rsidRPr="00710D08">
              <w:rPr>
                <w:rFonts w:eastAsia="標楷體"/>
                <w:sz w:val="28"/>
                <w:szCs w:val="28"/>
                <w:lang w:eastAsia="zh-TW"/>
              </w:rPr>
              <w:t>民國　　　年　　　月　　　日</w:t>
            </w:r>
          </w:p>
        </w:tc>
      </w:tr>
      <w:tr w:rsidR="00710D08" w:rsidRPr="00710D08" w14:paraId="39DC4303" w14:textId="77777777" w:rsidTr="006B58A6">
        <w:trPr>
          <w:trHeight w:val="391"/>
          <w:jc w:val="center"/>
        </w:trPr>
        <w:tc>
          <w:tcPr>
            <w:tcW w:w="1968" w:type="dxa"/>
            <w:vAlign w:val="center"/>
          </w:tcPr>
          <w:p w14:paraId="04F10448" w14:textId="651D00AA" w:rsidR="009315FE" w:rsidRPr="00710D08" w:rsidRDefault="009315FE" w:rsidP="005C5DD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10D08">
              <w:rPr>
                <w:rFonts w:eastAsia="標楷體"/>
                <w:sz w:val="28"/>
                <w:szCs w:val="28"/>
              </w:rPr>
              <w:t>到校任職日期</w:t>
            </w:r>
          </w:p>
        </w:tc>
        <w:tc>
          <w:tcPr>
            <w:tcW w:w="7920" w:type="dxa"/>
            <w:gridSpan w:val="5"/>
            <w:vAlign w:val="center"/>
          </w:tcPr>
          <w:p w14:paraId="2D3DE08D" w14:textId="77777777" w:rsidR="009315FE" w:rsidRPr="00710D08" w:rsidRDefault="009315FE" w:rsidP="006B58A6">
            <w:pPr>
              <w:spacing w:line="480" w:lineRule="exact"/>
              <w:jc w:val="both"/>
              <w:rPr>
                <w:rFonts w:eastAsia="標楷體"/>
                <w:sz w:val="28"/>
                <w:szCs w:val="28"/>
                <w:lang w:eastAsia="zh-TW"/>
              </w:rPr>
            </w:pPr>
            <w:r w:rsidRPr="00710D08">
              <w:rPr>
                <w:rFonts w:eastAsia="標楷體"/>
                <w:sz w:val="28"/>
                <w:szCs w:val="28"/>
                <w:lang w:eastAsia="zh-TW"/>
              </w:rPr>
              <w:t>民國　　　年　　　月　　　日</w:t>
            </w:r>
          </w:p>
        </w:tc>
      </w:tr>
      <w:tr w:rsidR="00710D08" w:rsidRPr="00710D08" w14:paraId="6DE4FDB8" w14:textId="77777777" w:rsidTr="00A82443">
        <w:trPr>
          <w:trHeight w:val="712"/>
          <w:jc w:val="center"/>
        </w:trPr>
        <w:tc>
          <w:tcPr>
            <w:tcW w:w="1968" w:type="dxa"/>
            <w:vAlign w:val="center"/>
          </w:tcPr>
          <w:p w14:paraId="52038FFF" w14:textId="77777777" w:rsidR="009315FE" w:rsidRPr="00710D08" w:rsidRDefault="009315FE" w:rsidP="006B58A6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10D08">
              <w:rPr>
                <w:rFonts w:eastAsia="標楷體" w:hint="eastAsia"/>
                <w:sz w:val="28"/>
                <w:szCs w:val="28"/>
              </w:rPr>
              <w:t>連絡電話</w:t>
            </w:r>
          </w:p>
        </w:tc>
        <w:tc>
          <w:tcPr>
            <w:tcW w:w="2640" w:type="dxa"/>
            <w:gridSpan w:val="2"/>
            <w:vAlign w:val="center"/>
          </w:tcPr>
          <w:p w14:paraId="6DB81588" w14:textId="77777777" w:rsidR="009315FE" w:rsidRPr="00710D08" w:rsidRDefault="009315FE" w:rsidP="006B58A6">
            <w:pPr>
              <w:spacing w:line="4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40" w:type="dxa"/>
            <w:gridSpan w:val="2"/>
            <w:vAlign w:val="center"/>
          </w:tcPr>
          <w:p w14:paraId="4A1EF1D3" w14:textId="77777777" w:rsidR="009315FE" w:rsidRPr="00710D08" w:rsidRDefault="009315FE" w:rsidP="006B58A6">
            <w:pPr>
              <w:spacing w:line="480" w:lineRule="exact"/>
              <w:jc w:val="both"/>
              <w:rPr>
                <w:rFonts w:eastAsia="標楷體"/>
                <w:sz w:val="28"/>
                <w:szCs w:val="28"/>
              </w:rPr>
            </w:pPr>
            <w:r w:rsidRPr="00710D08">
              <w:rPr>
                <w:rFonts w:eastAsia="標楷體" w:hint="eastAsia"/>
                <w:sz w:val="28"/>
                <w:szCs w:val="28"/>
              </w:rPr>
              <w:t>電子郵件信箱</w:t>
            </w:r>
          </w:p>
        </w:tc>
        <w:tc>
          <w:tcPr>
            <w:tcW w:w="2640" w:type="dxa"/>
            <w:vAlign w:val="center"/>
          </w:tcPr>
          <w:p w14:paraId="20300964" w14:textId="77777777" w:rsidR="009315FE" w:rsidRPr="00710D08" w:rsidRDefault="009315FE" w:rsidP="006B58A6">
            <w:pPr>
              <w:spacing w:line="4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710D08" w:rsidRPr="00710D08" w14:paraId="16F37910" w14:textId="77777777" w:rsidTr="00A82443">
        <w:trPr>
          <w:trHeight w:val="2541"/>
          <w:jc w:val="center"/>
        </w:trPr>
        <w:tc>
          <w:tcPr>
            <w:tcW w:w="1968" w:type="dxa"/>
            <w:vAlign w:val="center"/>
          </w:tcPr>
          <w:p w14:paraId="59411C81" w14:textId="77777777" w:rsidR="009315FE" w:rsidRPr="00710D08" w:rsidRDefault="009315FE" w:rsidP="00200C6C">
            <w:pPr>
              <w:jc w:val="center"/>
              <w:rPr>
                <w:rFonts w:eastAsia="標楷體"/>
                <w:sz w:val="28"/>
                <w:szCs w:val="28"/>
                <w:lang w:eastAsia="zh-TW"/>
              </w:rPr>
            </w:pPr>
            <w:r w:rsidRPr="00710D08">
              <w:rPr>
                <w:rFonts w:eastAsia="標楷體"/>
                <w:sz w:val="28"/>
                <w:szCs w:val="28"/>
                <w:lang w:eastAsia="zh-TW"/>
              </w:rPr>
              <w:t>檢附文件</w:t>
            </w:r>
          </w:p>
          <w:p w14:paraId="15C211AF" w14:textId="10F22AF1" w:rsidR="00200C6C" w:rsidRPr="00710D08" w:rsidRDefault="00200C6C" w:rsidP="00200C6C">
            <w:pPr>
              <w:jc w:val="center"/>
              <w:rPr>
                <w:rFonts w:eastAsia="標楷體"/>
                <w:sz w:val="28"/>
                <w:szCs w:val="28"/>
                <w:lang w:eastAsia="zh-TW"/>
              </w:rPr>
            </w:pPr>
            <w:r w:rsidRPr="00710D08">
              <w:rPr>
                <w:rFonts w:eastAsia="標楷體" w:hint="eastAsia"/>
                <w:sz w:val="28"/>
                <w:szCs w:val="28"/>
                <w:lang w:eastAsia="zh-TW"/>
              </w:rPr>
              <w:t>（請自行查核勾選）</w:t>
            </w:r>
          </w:p>
        </w:tc>
        <w:tc>
          <w:tcPr>
            <w:tcW w:w="7920" w:type="dxa"/>
            <w:gridSpan w:val="5"/>
          </w:tcPr>
          <w:p w14:paraId="0DC32D35" w14:textId="36982400" w:rsidR="009315FE" w:rsidRPr="00710D08" w:rsidRDefault="009315FE" w:rsidP="00EB0277">
            <w:pPr>
              <w:spacing w:after="120" w:line="320" w:lineRule="exact"/>
              <w:rPr>
                <w:rFonts w:eastAsia="標楷體"/>
                <w:sz w:val="28"/>
                <w:szCs w:val="28"/>
                <w:lang w:eastAsia="zh-TW"/>
              </w:rPr>
            </w:pPr>
            <w:r w:rsidRPr="00710D08">
              <w:rPr>
                <w:rFonts w:ascii="Segoe UI Emoji" w:eastAsia="Segoe UI Emoji" w:hAnsi="Segoe UI Emoji" w:cs="Segoe UI Emoji"/>
                <w:sz w:val="36"/>
                <w:szCs w:val="28"/>
                <w:lang w:eastAsia="zh-TW"/>
              </w:rPr>
              <w:t>□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發表之期刊全文（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PDF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）</w:t>
            </w:r>
          </w:p>
          <w:p w14:paraId="4B821989" w14:textId="77777777" w:rsidR="009315FE" w:rsidRPr="00710D08" w:rsidRDefault="009315FE" w:rsidP="00EB0277">
            <w:pPr>
              <w:spacing w:after="120" w:line="32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Segoe UI Emoji" w:eastAsia="Segoe UI Emoji" w:hAnsi="Segoe UI Emoji" w:cs="Segoe UI Emoji"/>
                <w:sz w:val="36"/>
                <w:szCs w:val="28"/>
                <w:lang w:eastAsia="zh-TW"/>
              </w:rPr>
              <w:t>□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接受函或期刊證明（含刊載頁碼與作者排序）</w:t>
            </w:r>
          </w:p>
          <w:p w14:paraId="512D1B9F" w14:textId="2DF9E097" w:rsidR="009315FE" w:rsidRPr="00710D08" w:rsidRDefault="009315FE" w:rsidP="00EB0277">
            <w:pPr>
              <w:spacing w:after="120" w:line="320" w:lineRule="exact"/>
              <w:rPr>
                <w:rFonts w:eastAsia="標楷體"/>
                <w:sz w:val="28"/>
                <w:szCs w:val="28"/>
                <w:lang w:eastAsia="zh-TW"/>
              </w:rPr>
            </w:pPr>
            <w:r w:rsidRPr="00710D08">
              <w:rPr>
                <w:rFonts w:ascii="Segoe UI Emoji" w:eastAsia="Segoe UI Emoji" w:hAnsi="Segoe UI Emoji" w:cs="Segoe UI Emoji"/>
                <w:sz w:val="36"/>
                <w:szCs w:val="28"/>
                <w:lang w:eastAsia="zh-TW"/>
              </w:rPr>
              <w:t>□</w:t>
            </w:r>
            <w:r w:rsidRPr="00710D08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期刊投稿費說明與申請人支付投稿費證明文件</w:t>
            </w:r>
          </w:p>
          <w:p w14:paraId="2A09DC16" w14:textId="77777777" w:rsidR="009315FE" w:rsidRPr="00710D08" w:rsidRDefault="009315FE" w:rsidP="00EB0277">
            <w:pPr>
              <w:spacing w:after="120" w:line="32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710D08">
              <w:rPr>
                <w:rFonts w:ascii="Segoe UI Emoji" w:eastAsia="Segoe UI Emoji" w:hAnsi="Segoe UI Emoji" w:cs="Segoe UI Emoji"/>
                <w:sz w:val="36"/>
                <w:szCs w:val="28"/>
                <w:lang w:eastAsia="zh-TW"/>
              </w:rPr>
              <w:t>□</w:t>
            </w:r>
            <w:r w:rsidRPr="00710D08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期刊索引</w:t>
            </w:r>
            <w:r w:rsidRPr="00710D0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證明</w:t>
            </w:r>
          </w:p>
          <w:p w14:paraId="02627A1E" w14:textId="11C85BBC" w:rsidR="009315FE" w:rsidRPr="00710D08" w:rsidRDefault="009315FE" w:rsidP="00FE18FA">
            <w:pPr>
              <w:spacing w:after="120" w:line="320" w:lineRule="exact"/>
              <w:jc w:val="both"/>
              <w:rPr>
                <w:rFonts w:eastAsia="標楷體"/>
                <w:sz w:val="28"/>
                <w:szCs w:val="28"/>
                <w:lang w:eastAsia="zh-TW"/>
              </w:rPr>
            </w:pPr>
            <w:r w:rsidRPr="00710D08">
              <w:rPr>
                <w:rFonts w:ascii="Segoe UI Emoji" w:eastAsia="Segoe UI Emoji" w:hAnsi="Segoe UI Emoji" w:cs="Segoe UI Emoji"/>
                <w:sz w:val="36"/>
                <w:szCs w:val="28"/>
                <w:lang w:eastAsia="zh-TW"/>
              </w:rPr>
              <w:t>□</w:t>
            </w:r>
            <w:r w:rsidRPr="00710D08">
              <w:rPr>
                <w:rFonts w:ascii="標楷體" w:eastAsia="標楷體" w:hAnsi="標楷體" w:cs="新細明體" w:hint="eastAsia"/>
                <w:sz w:val="28"/>
                <w:szCs w:val="28"/>
                <w:lang w:eastAsia="zh-TW"/>
              </w:rPr>
              <w:t>其他符合申請資格作者放棄投稿補助或</w:t>
            </w:r>
            <w:r w:rsidRPr="00710D08"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  <w:u w:val="single"/>
                <w:lang w:eastAsia="zh-TW"/>
              </w:rPr>
              <w:t>學術期刊論文獎勵申請</w:t>
            </w:r>
            <w:r w:rsidRPr="00710D08">
              <w:rPr>
                <w:rFonts w:ascii="標楷體" w:eastAsia="標楷體" w:hAnsi="標楷體" w:cs="新細明體" w:hint="eastAsia"/>
                <w:sz w:val="28"/>
                <w:szCs w:val="28"/>
                <w:lang w:eastAsia="zh-TW"/>
              </w:rPr>
              <w:t>聲明書</w:t>
            </w:r>
            <w:r w:rsidR="00200C6C" w:rsidRPr="00710D08">
              <w:rPr>
                <w:rFonts w:ascii="標楷體" w:eastAsia="標楷體" w:hAnsi="標楷體" w:cs="新細明體" w:hint="eastAsia"/>
                <w:sz w:val="28"/>
                <w:szCs w:val="28"/>
                <w:lang w:eastAsia="zh-TW"/>
              </w:rPr>
              <w:t>（同一篇論文通訊作者或第一作者皆為本補助對象，以其中一人為申請代表人、同一篇論文）</w:t>
            </w:r>
          </w:p>
        </w:tc>
      </w:tr>
      <w:tr w:rsidR="00710D08" w:rsidRPr="00710D08" w14:paraId="68F7F4C9" w14:textId="77777777" w:rsidTr="006B58A6">
        <w:trPr>
          <w:trHeight w:val="1107"/>
          <w:jc w:val="center"/>
        </w:trPr>
        <w:tc>
          <w:tcPr>
            <w:tcW w:w="9888" w:type="dxa"/>
            <w:gridSpan w:val="6"/>
            <w:vAlign w:val="center"/>
          </w:tcPr>
          <w:p w14:paraId="15781C15" w14:textId="2ED64308" w:rsidR="009315FE" w:rsidRPr="00710D08" w:rsidRDefault="009315FE" w:rsidP="006B58A6">
            <w:pPr>
              <w:spacing w:line="440" w:lineRule="exact"/>
              <w:jc w:val="both"/>
              <w:rPr>
                <w:rFonts w:eastAsia="標楷體"/>
                <w:sz w:val="28"/>
                <w:szCs w:val="28"/>
                <w:lang w:eastAsia="zh-TW"/>
              </w:rPr>
            </w:pPr>
            <w:r w:rsidRPr="00710D08">
              <w:rPr>
                <w:rFonts w:eastAsia="標楷體"/>
                <w:sz w:val="28"/>
                <w:szCs w:val="28"/>
                <w:lang w:eastAsia="zh-TW"/>
              </w:rPr>
              <w:t>個資聲明：為執行</w:t>
            </w:r>
            <w:r w:rsidRPr="00710D08">
              <w:rPr>
                <w:rFonts w:eastAsia="標楷體"/>
                <w:sz w:val="28"/>
                <w:szCs w:val="24"/>
                <w:lang w:eastAsia="zh-TW"/>
              </w:rPr>
              <w:t>年輕學者</w:t>
            </w:r>
            <w:r w:rsidRPr="00710D08">
              <w:rPr>
                <w:rFonts w:eastAsia="標楷體" w:hint="eastAsia"/>
                <w:sz w:val="28"/>
                <w:szCs w:val="24"/>
                <w:lang w:eastAsia="zh-TW"/>
              </w:rPr>
              <w:t>學術期刊論文投稿</w:t>
            </w:r>
            <w:r w:rsidRPr="00710D08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補助</w:t>
            </w:r>
            <w:r w:rsidRPr="00710D08">
              <w:rPr>
                <w:rFonts w:eastAsia="標楷體"/>
                <w:sz w:val="28"/>
                <w:szCs w:val="28"/>
                <w:lang w:eastAsia="zh-TW"/>
              </w:rPr>
              <w:t>計畫業務使用，需蒐集您的個人資料，包括姓名、系所、職稱、</w:t>
            </w:r>
            <w:r w:rsidRPr="00710D08">
              <w:rPr>
                <w:rFonts w:eastAsia="標楷體" w:hint="eastAsia"/>
                <w:sz w:val="28"/>
                <w:szCs w:val="28"/>
                <w:lang w:eastAsia="zh-TW"/>
              </w:rPr>
              <w:t>出生年月日</w:t>
            </w:r>
            <w:r w:rsidRPr="00710D08">
              <w:rPr>
                <w:rFonts w:eastAsia="標楷體"/>
                <w:sz w:val="28"/>
                <w:szCs w:val="28"/>
                <w:lang w:eastAsia="zh-TW"/>
              </w:rPr>
              <w:t>、聯絡方式等相關資料，您提供之個資受到本校【隱私權政策聲明】之保護及規範。</w:t>
            </w:r>
          </w:p>
          <w:p w14:paraId="1C325050" w14:textId="77777777" w:rsidR="00EB0277" w:rsidRPr="00710D08" w:rsidRDefault="009315FE" w:rsidP="00EB0277">
            <w:pPr>
              <w:spacing w:line="440" w:lineRule="exact"/>
              <w:rPr>
                <w:rFonts w:eastAsia="標楷體"/>
                <w:b/>
                <w:bCs/>
                <w:sz w:val="28"/>
                <w:szCs w:val="28"/>
                <w:lang w:eastAsia="zh-TW"/>
              </w:rPr>
            </w:pPr>
            <w:r w:rsidRPr="00710D08">
              <w:rPr>
                <w:rFonts w:eastAsia="標楷體"/>
                <w:b/>
                <w:sz w:val="28"/>
                <w:szCs w:val="28"/>
                <w:lang w:eastAsia="zh-TW"/>
              </w:rPr>
              <w:t>我已明瞭上述內容，並同意本申請表所填資料及所附文件正確無誤，</w:t>
            </w:r>
            <w:r w:rsidRPr="00710D08">
              <w:rPr>
                <w:rFonts w:eastAsia="標楷體" w:hint="eastAsia"/>
                <w:b/>
                <w:sz w:val="28"/>
                <w:szCs w:val="28"/>
                <w:lang w:eastAsia="zh-TW"/>
              </w:rPr>
              <w:t>無違反學術倫理</w:t>
            </w:r>
            <w:r w:rsidR="00200C6C" w:rsidRPr="00710D08">
              <w:rPr>
                <w:rFonts w:eastAsia="標楷體" w:hint="eastAsia"/>
                <w:b/>
                <w:sz w:val="28"/>
                <w:szCs w:val="28"/>
                <w:lang w:eastAsia="zh-TW"/>
              </w:rPr>
              <w:t>、且未使用其他計畫經費或學術論文獎勵</w:t>
            </w:r>
            <w:r w:rsidRPr="00710D08">
              <w:rPr>
                <w:rFonts w:eastAsia="標楷體" w:hint="eastAsia"/>
                <w:b/>
                <w:sz w:val="28"/>
                <w:szCs w:val="28"/>
                <w:lang w:eastAsia="zh-TW"/>
              </w:rPr>
              <w:t>，倘有違反或造假，同意學校</w:t>
            </w:r>
            <w:r w:rsidRPr="00710D08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lang w:eastAsia="zh-TW"/>
              </w:rPr>
              <w:t>追回補助費，本人無異議</w:t>
            </w:r>
            <w:r w:rsidRPr="00710D08">
              <w:rPr>
                <w:rFonts w:eastAsia="標楷體"/>
                <w:b/>
                <w:bCs/>
                <w:sz w:val="28"/>
                <w:szCs w:val="28"/>
                <w:lang w:eastAsia="zh-TW"/>
              </w:rPr>
              <w:t>。</w:t>
            </w:r>
          </w:p>
          <w:p w14:paraId="34E8FB28" w14:textId="6526CA78" w:rsidR="009315FE" w:rsidRPr="00710D08" w:rsidRDefault="009315FE" w:rsidP="00EB0277">
            <w:pPr>
              <w:spacing w:line="440" w:lineRule="exact"/>
              <w:rPr>
                <w:rFonts w:eastAsia="標楷體"/>
                <w:b/>
                <w:sz w:val="28"/>
                <w:szCs w:val="28"/>
                <w:lang w:eastAsia="zh-TW"/>
              </w:rPr>
            </w:pPr>
            <w:r w:rsidRPr="00710D08">
              <w:rPr>
                <w:rFonts w:eastAsia="標楷體"/>
                <w:sz w:val="28"/>
                <w:szCs w:val="28"/>
                <w:u w:val="single"/>
                <w:lang w:eastAsia="zh-TW"/>
              </w:rPr>
              <w:t xml:space="preserve"> </w:t>
            </w:r>
            <w:r w:rsidR="005C5DDE" w:rsidRPr="00710D08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               </w:t>
            </w:r>
            <w:r w:rsidRPr="00710D08">
              <w:rPr>
                <w:rFonts w:eastAsia="標楷體"/>
                <w:sz w:val="28"/>
                <w:szCs w:val="28"/>
                <w:u w:val="single"/>
                <w:lang w:eastAsia="zh-TW"/>
              </w:rPr>
              <w:t xml:space="preserve">         </w:t>
            </w:r>
            <w:r w:rsidRPr="00710D08">
              <w:rPr>
                <w:rFonts w:eastAsia="標楷體"/>
                <w:sz w:val="28"/>
                <w:szCs w:val="28"/>
                <w:u w:val="single"/>
                <w:lang w:eastAsia="zh-TW"/>
              </w:rPr>
              <w:t xml:space="preserve">　　</w:t>
            </w:r>
            <w:r w:rsidRPr="00710D08">
              <w:rPr>
                <w:rFonts w:eastAsia="標楷體"/>
                <w:sz w:val="28"/>
                <w:szCs w:val="28"/>
                <w:u w:val="single"/>
                <w:lang w:eastAsia="zh-TW"/>
              </w:rPr>
              <w:t xml:space="preserve"> </w:t>
            </w:r>
            <w:r w:rsidRPr="00710D08">
              <w:rPr>
                <w:rFonts w:eastAsia="標楷體"/>
                <w:sz w:val="28"/>
                <w:szCs w:val="28"/>
                <w:lang w:eastAsia="zh-TW"/>
              </w:rPr>
              <w:t>(</w:t>
            </w:r>
            <w:r w:rsidRPr="00710D08">
              <w:rPr>
                <w:rFonts w:eastAsia="標楷體" w:hint="eastAsia"/>
                <w:sz w:val="28"/>
                <w:szCs w:val="28"/>
                <w:lang w:eastAsia="zh-TW"/>
              </w:rPr>
              <w:t>申請</w:t>
            </w:r>
            <w:r w:rsidRPr="00710D08">
              <w:rPr>
                <w:rFonts w:eastAsia="標楷體"/>
                <w:sz w:val="28"/>
                <w:szCs w:val="28"/>
                <w:lang w:eastAsia="zh-TW"/>
              </w:rPr>
              <w:t>人親簽</w:t>
            </w:r>
            <w:r w:rsidRPr="00710D08">
              <w:rPr>
                <w:rFonts w:eastAsia="標楷體"/>
                <w:sz w:val="28"/>
                <w:szCs w:val="28"/>
                <w:lang w:eastAsia="zh-TW"/>
              </w:rPr>
              <w:t xml:space="preserve">)   </w:t>
            </w:r>
            <w:r w:rsidR="005C5DDE" w:rsidRPr="00710D08">
              <w:rPr>
                <w:rFonts w:eastAsia="標楷體" w:hint="eastAsia"/>
                <w:sz w:val="28"/>
                <w:szCs w:val="28"/>
                <w:lang w:eastAsia="zh-TW"/>
              </w:rPr>
              <w:t xml:space="preserve">      </w:t>
            </w:r>
            <w:r w:rsidRPr="00710D08">
              <w:rPr>
                <w:rFonts w:eastAsia="標楷體"/>
                <w:sz w:val="28"/>
                <w:szCs w:val="28"/>
                <w:lang w:eastAsia="zh-TW"/>
              </w:rPr>
              <w:t xml:space="preserve"> </w:t>
            </w:r>
            <w:r w:rsidRPr="00710D08">
              <w:rPr>
                <w:rFonts w:eastAsia="標楷體"/>
                <w:sz w:val="28"/>
                <w:szCs w:val="28"/>
                <w:lang w:eastAsia="zh-TW"/>
              </w:rPr>
              <w:t>年</w:t>
            </w:r>
            <w:r w:rsidR="005C5DDE" w:rsidRPr="00710D08">
              <w:rPr>
                <w:rFonts w:eastAsia="標楷體" w:hint="eastAsia"/>
                <w:sz w:val="28"/>
                <w:szCs w:val="28"/>
                <w:lang w:eastAsia="zh-TW"/>
              </w:rPr>
              <w:t xml:space="preserve">    </w:t>
            </w:r>
            <w:r w:rsidRPr="00710D08">
              <w:rPr>
                <w:rFonts w:eastAsia="標楷體"/>
                <w:sz w:val="28"/>
                <w:szCs w:val="28"/>
                <w:lang w:eastAsia="zh-TW"/>
              </w:rPr>
              <w:t xml:space="preserve">   </w:t>
            </w:r>
            <w:r w:rsidRPr="00710D08">
              <w:rPr>
                <w:rFonts w:eastAsia="標楷體"/>
                <w:sz w:val="28"/>
                <w:szCs w:val="28"/>
                <w:lang w:eastAsia="zh-TW"/>
              </w:rPr>
              <w:t>月</w:t>
            </w:r>
            <w:r w:rsidR="005C5DDE" w:rsidRPr="00710D08">
              <w:rPr>
                <w:rFonts w:eastAsia="標楷體" w:hint="eastAsia"/>
                <w:sz w:val="28"/>
                <w:szCs w:val="28"/>
                <w:lang w:eastAsia="zh-TW"/>
              </w:rPr>
              <w:t xml:space="preserve">    </w:t>
            </w:r>
            <w:r w:rsidRPr="00710D08">
              <w:rPr>
                <w:rFonts w:eastAsia="標楷體"/>
                <w:sz w:val="28"/>
                <w:szCs w:val="28"/>
                <w:lang w:eastAsia="zh-TW"/>
              </w:rPr>
              <w:t xml:space="preserve">   </w:t>
            </w:r>
            <w:r w:rsidRPr="00710D08">
              <w:rPr>
                <w:rFonts w:eastAsia="標楷體"/>
                <w:sz w:val="28"/>
                <w:szCs w:val="28"/>
                <w:lang w:eastAsia="zh-TW"/>
              </w:rPr>
              <w:t>日</w:t>
            </w:r>
          </w:p>
        </w:tc>
      </w:tr>
      <w:tr w:rsidR="00710D08" w:rsidRPr="00710D08" w14:paraId="7E26E62B" w14:textId="77777777" w:rsidTr="00710D08">
        <w:trPr>
          <w:trHeight w:val="575"/>
          <w:jc w:val="center"/>
        </w:trPr>
        <w:tc>
          <w:tcPr>
            <w:tcW w:w="1968" w:type="dxa"/>
            <w:vAlign w:val="center"/>
          </w:tcPr>
          <w:p w14:paraId="0B76B943" w14:textId="77777777" w:rsidR="009315FE" w:rsidRPr="00710D08" w:rsidRDefault="009315FE" w:rsidP="006B58A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10D08">
              <w:rPr>
                <w:rFonts w:eastAsia="標楷體"/>
                <w:sz w:val="28"/>
                <w:szCs w:val="28"/>
              </w:rPr>
              <w:t>單位主管簽章</w:t>
            </w:r>
          </w:p>
        </w:tc>
        <w:tc>
          <w:tcPr>
            <w:tcW w:w="7920" w:type="dxa"/>
            <w:gridSpan w:val="5"/>
            <w:vAlign w:val="center"/>
          </w:tcPr>
          <w:p w14:paraId="64ADE494" w14:textId="77777777" w:rsidR="009315FE" w:rsidRPr="00710D08" w:rsidRDefault="009315FE" w:rsidP="006B58A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10D08" w:rsidRPr="00710D08" w14:paraId="3E4CAA17" w14:textId="77777777" w:rsidTr="00A82443">
        <w:trPr>
          <w:trHeight w:val="616"/>
          <w:jc w:val="center"/>
        </w:trPr>
        <w:tc>
          <w:tcPr>
            <w:tcW w:w="1968" w:type="dxa"/>
            <w:vAlign w:val="center"/>
          </w:tcPr>
          <w:p w14:paraId="3558E8BF" w14:textId="77777777" w:rsidR="009315FE" w:rsidRPr="00710D08" w:rsidRDefault="009315FE" w:rsidP="006B58A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10D08">
              <w:rPr>
                <w:rFonts w:eastAsia="標楷體"/>
                <w:sz w:val="28"/>
                <w:szCs w:val="28"/>
              </w:rPr>
              <w:t>院長簽章</w:t>
            </w:r>
          </w:p>
        </w:tc>
        <w:tc>
          <w:tcPr>
            <w:tcW w:w="7920" w:type="dxa"/>
            <w:gridSpan w:val="5"/>
            <w:vAlign w:val="center"/>
          </w:tcPr>
          <w:p w14:paraId="2EE5BB3C" w14:textId="77777777" w:rsidR="009315FE" w:rsidRPr="00710D08" w:rsidRDefault="009315FE" w:rsidP="006B58A6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44D39789" w14:textId="24AF67C1" w:rsidR="00A63826" w:rsidRPr="00710D08" w:rsidRDefault="00A63826" w:rsidP="00710D08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</w:p>
    <w:sectPr w:rsidR="00A63826" w:rsidRPr="00710D0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0B90FA" w14:textId="77777777" w:rsidR="00E65C60" w:rsidRDefault="00E65C60" w:rsidP="00702AA5">
      <w:pPr>
        <w:spacing w:after="0" w:line="240" w:lineRule="auto"/>
      </w:pPr>
      <w:r>
        <w:separator/>
      </w:r>
    </w:p>
  </w:endnote>
  <w:endnote w:type="continuationSeparator" w:id="0">
    <w:p w14:paraId="005DE8D2" w14:textId="77777777" w:rsidR="00E65C60" w:rsidRDefault="00E65C60" w:rsidP="00702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302954" w14:textId="77777777" w:rsidR="00E65C60" w:rsidRDefault="00E65C60" w:rsidP="00702AA5">
      <w:pPr>
        <w:spacing w:after="0" w:line="240" w:lineRule="auto"/>
      </w:pPr>
      <w:r>
        <w:separator/>
      </w:r>
    </w:p>
  </w:footnote>
  <w:footnote w:type="continuationSeparator" w:id="0">
    <w:p w14:paraId="376C887C" w14:textId="77777777" w:rsidR="00E65C60" w:rsidRDefault="00E65C60" w:rsidP="00702A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D7F111A"/>
    <w:multiLevelType w:val="hybridMultilevel"/>
    <w:tmpl w:val="9FF4F8CE"/>
    <w:lvl w:ilvl="0" w:tplc="F184FAA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AEB5032"/>
    <w:multiLevelType w:val="hybridMultilevel"/>
    <w:tmpl w:val="3D3E051A"/>
    <w:lvl w:ilvl="0" w:tplc="0FA818D0">
      <w:start w:val="1"/>
      <w:numFmt w:val="decimal"/>
      <w:lvlText w:val="%1."/>
      <w:lvlJc w:val="left"/>
      <w:pPr>
        <w:ind w:left="360" w:hanging="360"/>
      </w:pPr>
      <w:rPr>
        <w:rFonts w:ascii="Segoe UI Emoji" w:hAnsi="Segoe UI Emoji" w:cs="Segoe UI Emoj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367B6"/>
    <w:rsid w:val="0006063C"/>
    <w:rsid w:val="00095237"/>
    <w:rsid w:val="000B4DDC"/>
    <w:rsid w:val="0015074B"/>
    <w:rsid w:val="001D7DC0"/>
    <w:rsid w:val="00200C6C"/>
    <w:rsid w:val="00205578"/>
    <w:rsid w:val="00222F59"/>
    <w:rsid w:val="00223FA5"/>
    <w:rsid w:val="0029639D"/>
    <w:rsid w:val="00326F90"/>
    <w:rsid w:val="003357F5"/>
    <w:rsid w:val="003A7C23"/>
    <w:rsid w:val="003E645F"/>
    <w:rsid w:val="00420762"/>
    <w:rsid w:val="004C6F84"/>
    <w:rsid w:val="004D5F7A"/>
    <w:rsid w:val="004E17CD"/>
    <w:rsid w:val="005C5DDE"/>
    <w:rsid w:val="005C77AC"/>
    <w:rsid w:val="005D3D43"/>
    <w:rsid w:val="0069363F"/>
    <w:rsid w:val="006B2205"/>
    <w:rsid w:val="006F2CA3"/>
    <w:rsid w:val="00702AA5"/>
    <w:rsid w:val="00710D08"/>
    <w:rsid w:val="00715131"/>
    <w:rsid w:val="007725D6"/>
    <w:rsid w:val="007F4E2C"/>
    <w:rsid w:val="00812E9D"/>
    <w:rsid w:val="009315FE"/>
    <w:rsid w:val="009A6AD0"/>
    <w:rsid w:val="00A11267"/>
    <w:rsid w:val="00A63826"/>
    <w:rsid w:val="00A82443"/>
    <w:rsid w:val="00AA1D8D"/>
    <w:rsid w:val="00AA729C"/>
    <w:rsid w:val="00B47730"/>
    <w:rsid w:val="00B73DA0"/>
    <w:rsid w:val="00C6280A"/>
    <w:rsid w:val="00CB0664"/>
    <w:rsid w:val="00D80090"/>
    <w:rsid w:val="00E2307C"/>
    <w:rsid w:val="00E637A6"/>
    <w:rsid w:val="00E65C60"/>
    <w:rsid w:val="00EB0277"/>
    <w:rsid w:val="00EB2369"/>
    <w:rsid w:val="00F053DF"/>
    <w:rsid w:val="00FC693F"/>
    <w:rsid w:val="00FE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9240BE3"/>
  <w14:defaultImageDpi w14:val="300"/>
  <w15:docId w15:val="{ACA9D6EF-60C9-4544-BCAE-1A35BFDB1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6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3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47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8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5454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DB0FB2-D79F-4F51-91A0-B42CA0F3F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1605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Administrator</cp:lastModifiedBy>
  <cp:revision>3</cp:revision>
  <dcterms:created xsi:type="dcterms:W3CDTF">2025-05-02T01:18:00Z</dcterms:created>
  <dcterms:modified xsi:type="dcterms:W3CDTF">2025-05-02T07:35:00Z</dcterms:modified>
  <cp:category/>
</cp:coreProperties>
</file>