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E79" w:rsidRPr="00522FFB" w:rsidRDefault="00522FFB">
      <w:pPr>
        <w:jc w:val="center"/>
        <w:rPr>
          <w:rFonts w:ascii="Times New Roman" w:eastAsia="標楷體" w:hAnsi="Times New Roman" w:cs="Times New Roman"/>
          <w:lang w:eastAsia="zh-TW"/>
        </w:rPr>
      </w:pPr>
      <w:r w:rsidRPr="00522FFB">
        <w:rPr>
          <w:rFonts w:ascii="Times New Roman" w:eastAsia="標楷體" w:hAnsi="Times New Roman" w:cs="Times New Roman"/>
          <w:b/>
          <w:sz w:val="32"/>
          <w:lang w:eastAsia="zh-TW"/>
        </w:rPr>
        <w:t>國立嘉義大學木質材料與設計學系</w:t>
      </w:r>
      <w:r w:rsidRPr="00522FFB">
        <w:rPr>
          <w:rFonts w:ascii="Times New Roman" w:eastAsia="標楷體" w:hAnsi="Times New Roman" w:cs="Times New Roman"/>
          <w:b/>
          <w:sz w:val="32"/>
          <w:lang w:eastAsia="zh-TW"/>
        </w:rPr>
        <w:br/>
        <w:t>2026</w:t>
      </w:r>
      <w:r w:rsidRPr="00522FFB">
        <w:rPr>
          <w:rFonts w:ascii="Times New Roman" w:eastAsia="標楷體" w:hAnsi="Times New Roman" w:cs="Times New Roman"/>
          <w:b/>
          <w:sz w:val="32"/>
          <w:lang w:eastAsia="zh-TW"/>
        </w:rPr>
        <w:t>日本木業海外暑期交流見習申請表</w:t>
      </w:r>
    </w:p>
    <w:p w:rsidR="00625E79" w:rsidRPr="00522FFB" w:rsidRDefault="00625E79">
      <w:pPr>
        <w:rPr>
          <w:rFonts w:ascii="Times New Roman" w:eastAsia="標楷體" w:hAnsi="Times New Roman" w:cs="Times New Roman"/>
          <w:lang w:eastAsia="zh-TW"/>
        </w:rPr>
      </w:pP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2160"/>
        <w:gridCol w:w="2160"/>
        <w:gridCol w:w="2160"/>
        <w:gridCol w:w="2160"/>
      </w:tblGrid>
      <w:tr w:rsidR="00625E79" w:rsidRPr="00522FFB" w:rsidTr="00522FFB">
        <w:trPr>
          <w:trHeight w:val="567"/>
        </w:trPr>
        <w:tc>
          <w:tcPr>
            <w:tcW w:w="2160" w:type="dxa"/>
            <w:vAlign w:val="center"/>
          </w:tcPr>
          <w:p w:rsidR="00625E79" w:rsidRPr="00522FFB" w:rsidRDefault="00522FFB" w:rsidP="00522FFB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22FFB">
              <w:rPr>
                <w:rFonts w:ascii="Times New Roman" w:eastAsia="標楷體" w:hAnsi="Times New Roman" w:cs="Times New Roman"/>
                <w:sz w:val="28"/>
              </w:rPr>
              <w:t>班級</w:t>
            </w:r>
          </w:p>
        </w:tc>
        <w:tc>
          <w:tcPr>
            <w:tcW w:w="2160" w:type="dxa"/>
            <w:vAlign w:val="center"/>
          </w:tcPr>
          <w:p w:rsidR="00625E79" w:rsidRPr="00522FFB" w:rsidRDefault="00625E79" w:rsidP="00522FFB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160" w:type="dxa"/>
            <w:vAlign w:val="center"/>
          </w:tcPr>
          <w:p w:rsidR="00625E79" w:rsidRPr="00522FFB" w:rsidRDefault="00522FFB" w:rsidP="00522FFB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22FFB">
              <w:rPr>
                <w:rFonts w:ascii="Times New Roman" w:eastAsia="標楷體" w:hAnsi="Times New Roman" w:cs="Times New Roman"/>
                <w:sz w:val="28"/>
              </w:rPr>
              <w:t>姓名</w:t>
            </w:r>
          </w:p>
        </w:tc>
        <w:tc>
          <w:tcPr>
            <w:tcW w:w="2160" w:type="dxa"/>
            <w:vAlign w:val="center"/>
          </w:tcPr>
          <w:p w:rsidR="00625E79" w:rsidRPr="00522FFB" w:rsidRDefault="00625E79" w:rsidP="00522FFB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625E79" w:rsidRPr="00522FFB" w:rsidTr="00522FFB">
        <w:trPr>
          <w:trHeight w:val="567"/>
        </w:trPr>
        <w:tc>
          <w:tcPr>
            <w:tcW w:w="2160" w:type="dxa"/>
            <w:vAlign w:val="center"/>
          </w:tcPr>
          <w:p w:rsidR="00625E79" w:rsidRPr="00522FFB" w:rsidRDefault="00522FFB" w:rsidP="00522FFB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22FFB">
              <w:rPr>
                <w:rFonts w:ascii="Times New Roman" w:eastAsia="標楷體" w:hAnsi="Times New Roman" w:cs="Times New Roman"/>
                <w:sz w:val="28"/>
              </w:rPr>
              <w:t>學號</w:t>
            </w:r>
          </w:p>
        </w:tc>
        <w:tc>
          <w:tcPr>
            <w:tcW w:w="2160" w:type="dxa"/>
            <w:vAlign w:val="center"/>
          </w:tcPr>
          <w:p w:rsidR="00625E79" w:rsidRPr="00522FFB" w:rsidRDefault="00625E79" w:rsidP="00522FFB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160" w:type="dxa"/>
            <w:vAlign w:val="center"/>
          </w:tcPr>
          <w:p w:rsidR="00625E79" w:rsidRPr="00522FFB" w:rsidRDefault="00522FFB" w:rsidP="00522FFB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22FFB">
              <w:rPr>
                <w:rFonts w:ascii="Times New Roman" w:eastAsia="標楷體" w:hAnsi="Times New Roman" w:cs="Times New Roman"/>
                <w:sz w:val="28"/>
              </w:rPr>
              <w:t>連絡電話</w:t>
            </w:r>
          </w:p>
        </w:tc>
        <w:tc>
          <w:tcPr>
            <w:tcW w:w="2160" w:type="dxa"/>
            <w:vAlign w:val="center"/>
          </w:tcPr>
          <w:p w:rsidR="00625E79" w:rsidRPr="00522FFB" w:rsidRDefault="00625E79" w:rsidP="00522FFB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625E79" w:rsidRPr="00522FFB" w:rsidTr="00522FFB">
        <w:trPr>
          <w:trHeight w:val="567"/>
        </w:trPr>
        <w:tc>
          <w:tcPr>
            <w:tcW w:w="2160" w:type="dxa"/>
            <w:vAlign w:val="center"/>
          </w:tcPr>
          <w:p w:rsidR="00625E79" w:rsidRPr="00522FFB" w:rsidRDefault="00522FFB" w:rsidP="00522FFB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22FFB">
              <w:rPr>
                <w:rFonts w:ascii="Times New Roman" w:eastAsia="標楷體" w:hAnsi="Times New Roman" w:cs="Times New Roman"/>
                <w:sz w:val="28"/>
              </w:rPr>
              <w:t>E-mail</w:t>
            </w:r>
          </w:p>
        </w:tc>
        <w:tc>
          <w:tcPr>
            <w:tcW w:w="6480" w:type="dxa"/>
            <w:gridSpan w:val="3"/>
            <w:vAlign w:val="center"/>
          </w:tcPr>
          <w:p w:rsidR="00625E79" w:rsidRPr="00522FFB" w:rsidRDefault="00625E79" w:rsidP="00522FFB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625E79" w:rsidRPr="00522FFB" w:rsidTr="00522FFB">
        <w:trPr>
          <w:trHeight w:val="567"/>
        </w:trPr>
        <w:tc>
          <w:tcPr>
            <w:tcW w:w="2160" w:type="dxa"/>
            <w:vAlign w:val="center"/>
          </w:tcPr>
          <w:p w:rsidR="00625E79" w:rsidRPr="00522FFB" w:rsidRDefault="00522FFB" w:rsidP="00522FFB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22FFB">
              <w:rPr>
                <w:rFonts w:ascii="Times New Roman" w:eastAsia="標楷體" w:hAnsi="Times New Roman" w:cs="Times New Roman"/>
                <w:sz w:val="28"/>
              </w:rPr>
              <w:t>緊急聯絡人</w:t>
            </w:r>
          </w:p>
        </w:tc>
        <w:tc>
          <w:tcPr>
            <w:tcW w:w="2160" w:type="dxa"/>
            <w:vAlign w:val="center"/>
          </w:tcPr>
          <w:p w:rsidR="00625E79" w:rsidRPr="00522FFB" w:rsidRDefault="00625E79" w:rsidP="00522FFB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160" w:type="dxa"/>
            <w:vAlign w:val="center"/>
          </w:tcPr>
          <w:p w:rsidR="00625E79" w:rsidRPr="00522FFB" w:rsidRDefault="00522FFB" w:rsidP="00522FFB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22FFB">
              <w:rPr>
                <w:rFonts w:ascii="Times New Roman" w:eastAsia="標楷體" w:hAnsi="Times New Roman" w:cs="Times New Roman"/>
                <w:sz w:val="28"/>
              </w:rPr>
              <w:t>關係</w:t>
            </w:r>
          </w:p>
        </w:tc>
        <w:tc>
          <w:tcPr>
            <w:tcW w:w="2160" w:type="dxa"/>
            <w:vAlign w:val="center"/>
          </w:tcPr>
          <w:p w:rsidR="00625E79" w:rsidRPr="00522FFB" w:rsidRDefault="00625E79" w:rsidP="00522FFB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625E79" w:rsidRPr="00522FFB" w:rsidTr="00522FFB">
        <w:trPr>
          <w:trHeight w:val="567"/>
        </w:trPr>
        <w:tc>
          <w:tcPr>
            <w:tcW w:w="2160" w:type="dxa"/>
            <w:vAlign w:val="center"/>
          </w:tcPr>
          <w:p w:rsidR="00625E79" w:rsidRPr="00522FFB" w:rsidRDefault="00522FFB" w:rsidP="00522FFB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22FFB">
              <w:rPr>
                <w:rFonts w:ascii="Times New Roman" w:eastAsia="標楷體" w:hAnsi="Times New Roman" w:cs="Times New Roman"/>
                <w:sz w:val="28"/>
              </w:rPr>
              <w:t>緊急聯絡電話</w:t>
            </w:r>
          </w:p>
        </w:tc>
        <w:tc>
          <w:tcPr>
            <w:tcW w:w="6480" w:type="dxa"/>
            <w:gridSpan w:val="3"/>
            <w:vAlign w:val="center"/>
          </w:tcPr>
          <w:p w:rsidR="00625E79" w:rsidRPr="00522FFB" w:rsidRDefault="00625E79" w:rsidP="00522FFB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:rsidR="00625E79" w:rsidRPr="00522FFB" w:rsidRDefault="00625E79">
      <w:pPr>
        <w:rPr>
          <w:rFonts w:ascii="Times New Roman" w:eastAsia="標楷體" w:hAnsi="Times New Roman" w:cs="Times New Roman"/>
          <w:sz w:val="28"/>
          <w:szCs w:val="28"/>
        </w:rPr>
      </w:pP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</w:rPr>
      </w:pPr>
      <w:r w:rsidRPr="00522FFB">
        <w:rPr>
          <w:rFonts w:ascii="Times New Roman" w:eastAsia="標楷體" w:hAnsi="Times New Roman" w:cs="Times New Roman"/>
          <w:sz w:val="28"/>
          <w:szCs w:val="28"/>
        </w:rPr>
        <w:t>一、自傳（</w:t>
      </w:r>
      <w:r w:rsidRPr="00522FFB">
        <w:rPr>
          <w:rFonts w:ascii="Times New Roman" w:eastAsia="標楷體" w:hAnsi="Times New Roman" w:cs="Times New Roman"/>
          <w:sz w:val="28"/>
          <w:szCs w:val="28"/>
        </w:rPr>
        <w:t>500</w:t>
      </w:r>
      <w:r w:rsidRPr="00522FFB">
        <w:rPr>
          <w:rFonts w:ascii="Times New Roman" w:eastAsia="標楷體" w:hAnsi="Times New Roman" w:cs="Times New Roman"/>
          <w:sz w:val="28"/>
          <w:szCs w:val="28"/>
        </w:rPr>
        <w:t>字以內）</w:t>
      </w: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</w:rPr>
      </w:pPr>
      <w:r w:rsidRPr="00522FFB">
        <w:rPr>
          <w:rFonts w:ascii="Times New Roman" w:eastAsia="標楷體" w:hAnsi="Times New Roman" w:cs="Times New Roman"/>
          <w:sz w:val="28"/>
          <w:szCs w:val="28"/>
        </w:rPr>
        <w:t>_____________________________________________________________</w:t>
      </w: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</w:rPr>
      </w:pPr>
      <w:r w:rsidRPr="00522FFB">
        <w:rPr>
          <w:rFonts w:ascii="Times New Roman" w:eastAsia="標楷體" w:hAnsi="Times New Roman" w:cs="Times New Roman"/>
          <w:sz w:val="28"/>
          <w:szCs w:val="28"/>
        </w:rPr>
        <w:t>_____________________________________________________________</w:t>
      </w: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</w:rPr>
      </w:pPr>
      <w:r w:rsidRPr="00522FFB">
        <w:rPr>
          <w:rFonts w:ascii="Times New Roman" w:eastAsia="標楷體" w:hAnsi="Times New Roman" w:cs="Times New Roman"/>
          <w:sz w:val="28"/>
          <w:szCs w:val="28"/>
        </w:rPr>
        <w:t>_____________________________________________________________</w:t>
      </w: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</w:rPr>
      </w:pPr>
      <w:r w:rsidRPr="00522FFB">
        <w:rPr>
          <w:rFonts w:ascii="Times New Roman" w:eastAsia="標楷體" w:hAnsi="Times New Roman" w:cs="Times New Roman"/>
          <w:sz w:val="28"/>
          <w:szCs w:val="28"/>
        </w:rPr>
        <w:t>_____________________________________________________________</w:t>
      </w: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</w:rPr>
      </w:pPr>
      <w:r w:rsidRPr="00522FFB">
        <w:rPr>
          <w:rFonts w:ascii="Times New Roman" w:eastAsia="標楷體" w:hAnsi="Times New Roman" w:cs="Times New Roman"/>
          <w:sz w:val="28"/>
          <w:szCs w:val="28"/>
        </w:rPr>
        <w:t>_____________________________________________________________</w:t>
      </w: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</w:rPr>
      </w:pPr>
      <w:r w:rsidRPr="00522FFB">
        <w:rPr>
          <w:rFonts w:ascii="Times New Roman" w:eastAsia="標楷體" w:hAnsi="Times New Roman" w:cs="Times New Roman"/>
          <w:sz w:val="28"/>
          <w:szCs w:val="28"/>
        </w:rPr>
        <w:t>_____________________________________________________________</w:t>
      </w: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</w:rPr>
      </w:pPr>
      <w:r w:rsidRPr="00522FFB">
        <w:rPr>
          <w:rFonts w:ascii="Times New Roman" w:eastAsia="標楷體" w:hAnsi="Times New Roman" w:cs="Times New Roman"/>
          <w:sz w:val="28"/>
          <w:szCs w:val="28"/>
        </w:rPr>
        <w:t>_____________________________________________________________</w:t>
      </w: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</w:rPr>
      </w:pPr>
      <w:r w:rsidRPr="00522FFB">
        <w:rPr>
          <w:rFonts w:ascii="Times New Roman" w:eastAsia="標楷體" w:hAnsi="Times New Roman" w:cs="Times New Roman"/>
          <w:sz w:val="28"/>
          <w:szCs w:val="28"/>
        </w:rPr>
        <w:t>_____________________________________________________________</w:t>
      </w: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</w:rPr>
      </w:pPr>
      <w:r w:rsidRPr="00522FFB">
        <w:rPr>
          <w:rFonts w:ascii="Times New Roman" w:eastAsia="標楷體" w:hAnsi="Times New Roman" w:cs="Times New Roman"/>
          <w:sz w:val="28"/>
          <w:szCs w:val="28"/>
        </w:rPr>
        <w:t>_____________________________________________________________</w:t>
      </w: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</w:rPr>
      </w:pPr>
      <w:r w:rsidRPr="00522FFB">
        <w:rPr>
          <w:rFonts w:ascii="Times New Roman" w:eastAsia="標楷體" w:hAnsi="Times New Roman" w:cs="Times New Roman"/>
          <w:sz w:val="28"/>
          <w:szCs w:val="28"/>
        </w:rPr>
        <w:t>_____________________________________________________________</w:t>
      </w:r>
    </w:p>
    <w:p w:rsidR="00625E79" w:rsidRDefault="00625E79">
      <w:pPr>
        <w:rPr>
          <w:rFonts w:ascii="Times New Roman" w:eastAsia="標楷體" w:hAnsi="Times New Roman" w:cs="Times New Roman"/>
          <w:sz w:val="28"/>
          <w:szCs w:val="28"/>
        </w:rPr>
      </w:pPr>
    </w:p>
    <w:p w:rsidR="00522FFB" w:rsidRPr="00522FFB" w:rsidRDefault="00522FFB">
      <w:pPr>
        <w:rPr>
          <w:rFonts w:ascii="Times New Roman" w:eastAsia="標楷體" w:hAnsi="Times New Roman" w:cs="Times New Roman"/>
          <w:sz w:val="28"/>
          <w:szCs w:val="28"/>
        </w:rPr>
      </w:pPr>
    </w:p>
    <w:p w:rsidR="00625E79" w:rsidRPr="00522FFB" w:rsidRDefault="00522FFB" w:rsidP="00522FFB">
      <w:pPr>
        <w:ind w:left="566" w:hangingChars="202" w:hanging="566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lastRenderedPageBreak/>
        <w:t>二、交流計畫書（請敘明申請動機、學習目標、預期成果及返國後分享規劃</w:t>
      </w:r>
      <w:r w:rsidR="002A2E52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，</w:t>
      </w:r>
      <w:r w:rsidR="002A2E52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1</w:t>
      </w:r>
      <w:r w:rsidR="002A2E52">
        <w:rPr>
          <w:rFonts w:ascii="Times New Roman" w:eastAsia="標楷體" w:hAnsi="Times New Roman" w:cs="Times New Roman"/>
          <w:sz w:val="28"/>
          <w:szCs w:val="28"/>
          <w:lang w:eastAsia="zh-TW"/>
        </w:rPr>
        <w:t>,</w:t>
      </w:r>
      <w:r w:rsidR="002A2E52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000</w:t>
      </w:r>
      <w:r w:rsidR="002A2E52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字以內</w:t>
      </w: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）</w:t>
      </w: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___</w:t>
      </w:r>
      <w:bookmarkStart w:id="0" w:name="_GoBack"/>
      <w:bookmarkEnd w:id="0"/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_____________________________________</w:t>
      </w:r>
      <w:r>
        <w:rPr>
          <w:rFonts w:ascii="Times New Roman" w:eastAsia="標楷體" w:hAnsi="Times New Roman" w:cs="Times New Roman"/>
          <w:sz w:val="28"/>
          <w:szCs w:val="28"/>
          <w:lang w:eastAsia="zh-TW"/>
        </w:rPr>
        <w:t>_____________________</w:t>
      </w: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________________________________________</w:t>
      </w:r>
      <w:r>
        <w:rPr>
          <w:rFonts w:ascii="Times New Roman" w:eastAsia="標楷體" w:hAnsi="Times New Roman" w:cs="Times New Roman"/>
          <w:sz w:val="28"/>
          <w:szCs w:val="28"/>
          <w:lang w:eastAsia="zh-TW"/>
        </w:rPr>
        <w:t>_____________________</w:t>
      </w: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_____________________________________________________________</w:t>
      </w: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_____________________________________________________________</w:t>
      </w: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_____________________________________________________________</w:t>
      </w: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_____________________________________________________________</w:t>
      </w: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_____________________________________________________________</w:t>
      </w: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_____________________________________________________________</w:t>
      </w: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_____________________________________________________________</w:t>
      </w: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_____________________________________________________________</w:t>
      </w: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_____________________________________________________________</w:t>
      </w: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_____________________________________________________________</w:t>
      </w: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_____________________________________________________________</w:t>
      </w: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_____________________________________________________________</w:t>
      </w: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_____________________________________________________________</w:t>
      </w:r>
    </w:p>
    <w:p w:rsidR="00625E79" w:rsidRPr="00522FFB" w:rsidRDefault="00625E79">
      <w:pPr>
        <w:rPr>
          <w:rFonts w:ascii="Times New Roman" w:eastAsia="標楷體" w:hAnsi="Times New Roman" w:cs="Times New Roman"/>
          <w:sz w:val="28"/>
          <w:szCs w:val="28"/>
          <w:lang w:eastAsia="zh-TW"/>
        </w:rPr>
      </w:pP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本人所填資料及檢附文件均屬實，如有不實，願自行負相關責任。</w:t>
      </w:r>
    </w:p>
    <w:p w:rsidR="00625E79" w:rsidRPr="00522FFB" w:rsidRDefault="00625E79">
      <w:pPr>
        <w:rPr>
          <w:rFonts w:ascii="Times New Roman" w:eastAsia="標楷體" w:hAnsi="Times New Roman" w:cs="Times New Roman"/>
          <w:sz w:val="28"/>
          <w:szCs w:val="28"/>
          <w:lang w:eastAsia="zh-TW"/>
        </w:rPr>
      </w:pP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申請人簽名：</w:t>
      </w: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________________________</w:t>
      </w:r>
    </w:p>
    <w:p w:rsidR="00625E79" w:rsidRPr="00522FFB" w:rsidRDefault="00522FFB">
      <w:p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申請日期：</w:t>
      </w: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________</w:t>
      </w: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年</w:t>
      </w: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________</w:t>
      </w: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月</w:t>
      </w: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________</w:t>
      </w:r>
      <w:r w:rsidRPr="00522FFB">
        <w:rPr>
          <w:rFonts w:ascii="Times New Roman" w:eastAsia="標楷體" w:hAnsi="Times New Roman" w:cs="Times New Roman"/>
          <w:sz w:val="28"/>
          <w:szCs w:val="28"/>
          <w:lang w:eastAsia="zh-TW"/>
        </w:rPr>
        <w:t>日</w:t>
      </w:r>
    </w:p>
    <w:sectPr w:rsidR="00625E79" w:rsidRPr="00522FFB" w:rsidSect="00034616"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2BF" w:rsidRDefault="00BA52BF" w:rsidP="002A2E52">
      <w:pPr>
        <w:spacing w:after="0" w:line="240" w:lineRule="auto"/>
      </w:pPr>
      <w:r>
        <w:separator/>
      </w:r>
    </w:p>
  </w:endnote>
  <w:endnote w:type="continuationSeparator" w:id="0">
    <w:p w:rsidR="00BA52BF" w:rsidRDefault="00BA52BF" w:rsidP="002A2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2E52" w:rsidRPr="002A2E52" w:rsidRDefault="002A2E52" w:rsidP="002A2E52">
    <w:pPr>
      <w:pStyle w:val="a7"/>
      <w:jc w:val="center"/>
      <w:rPr>
        <w:rFonts w:ascii="Times New Roman" w:eastAsia="標楷體" w:hAnsi="Times New Roman" w:cs="Times New Roman"/>
        <w:lang w:eastAsia="zh-TW"/>
      </w:rPr>
    </w:pPr>
    <w:r w:rsidRPr="002A2E52">
      <w:rPr>
        <w:rFonts w:ascii="Times New Roman" w:eastAsia="標楷體" w:hAnsi="Times New Roman" w:cs="Times New Roman"/>
        <w:lang w:eastAsia="zh-TW"/>
      </w:rPr>
      <w:t>(</w:t>
    </w:r>
    <w:r w:rsidRPr="002A2E52">
      <w:rPr>
        <w:rFonts w:ascii="Times New Roman" w:eastAsia="標楷體" w:hAnsi="Times New Roman" w:cs="Times New Roman"/>
        <w:lang w:eastAsia="zh-TW"/>
      </w:rPr>
      <w:t>第</w:t>
    </w:r>
    <w:sdt>
      <w:sdtPr>
        <w:rPr>
          <w:rFonts w:ascii="Times New Roman" w:eastAsia="標楷體" w:hAnsi="Times New Roman" w:cs="Times New Roman"/>
        </w:rPr>
        <w:id w:val="-659693201"/>
        <w:docPartObj>
          <w:docPartGallery w:val="Page Numbers (Bottom of Page)"/>
          <w:docPartUnique/>
        </w:docPartObj>
      </w:sdtPr>
      <w:sdtContent>
        <w:r w:rsidRPr="002A2E52">
          <w:rPr>
            <w:rFonts w:ascii="Times New Roman" w:eastAsia="標楷體" w:hAnsi="Times New Roman" w:cs="Times New Roman"/>
          </w:rPr>
          <w:fldChar w:fldCharType="begin"/>
        </w:r>
        <w:r w:rsidRPr="002A2E52">
          <w:rPr>
            <w:rFonts w:ascii="Times New Roman" w:eastAsia="標楷體" w:hAnsi="Times New Roman" w:cs="Times New Roman"/>
          </w:rPr>
          <w:instrText>PAGE   \* MERGEFORMAT</w:instrText>
        </w:r>
        <w:r w:rsidRPr="002A2E52">
          <w:rPr>
            <w:rFonts w:ascii="Times New Roman" w:eastAsia="標楷體" w:hAnsi="Times New Roman" w:cs="Times New Roman"/>
          </w:rPr>
          <w:fldChar w:fldCharType="separate"/>
        </w:r>
        <w:r w:rsidRPr="002A2E52">
          <w:rPr>
            <w:rFonts w:ascii="Times New Roman" w:eastAsia="標楷體" w:hAnsi="Times New Roman" w:cs="Times New Roman"/>
            <w:noProof/>
            <w:lang w:val="zh-TW" w:eastAsia="zh-TW"/>
          </w:rPr>
          <w:t>2</w:t>
        </w:r>
        <w:r w:rsidRPr="002A2E52">
          <w:rPr>
            <w:rFonts w:ascii="Times New Roman" w:eastAsia="標楷體" w:hAnsi="Times New Roman" w:cs="Times New Roman"/>
          </w:rPr>
          <w:fldChar w:fldCharType="end"/>
        </w:r>
        <w:r w:rsidRPr="002A2E52">
          <w:rPr>
            <w:rFonts w:ascii="Times New Roman" w:eastAsia="標楷體" w:hAnsi="Times New Roman" w:cs="Times New Roman"/>
            <w:lang w:eastAsia="zh-TW"/>
          </w:rPr>
          <w:t>頁</w:t>
        </w:r>
        <w:r w:rsidRPr="002A2E52">
          <w:rPr>
            <w:rFonts w:ascii="Times New Roman" w:eastAsia="標楷體" w:hAnsi="Times New Roman" w:cs="Times New Roman"/>
            <w:lang w:eastAsia="zh-TW"/>
          </w:rPr>
          <w:t>)</w:t>
        </w:r>
      </w:sdtContent>
    </w:sdt>
  </w:p>
  <w:p w:rsidR="002A2E52" w:rsidRDefault="002A2E5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2BF" w:rsidRDefault="00BA52BF" w:rsidP="002A2E52">
      <w:pPr>
        <w:spacing w:after="0" w:line="240" w:lineRule="auto"/>
      </w:pPr>
      <w:r>
        <w:separator/>
      </w:r>
    </w:p>
  </w:footnote>
  <w:footnote w:type="continuationSeparator" w:id="0">
    <w:p w:rsidR="00BA52BF" w:rsidRDefault="00BA52BF" w:rsidP="002A2E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2A2E52"/>
    <w:rsid w:val="00326F90"/>
    <w:rsid w:val="00522FFB"/>
    <w:rsid w:val="00625E79"/>
    <w:rsid w:val="00AA1D8D"/>
    <w:rsid w:val="00B47730"/>
    <w:rsid w:val="00BA52BF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253DD85"/>
  <w14:defaultImageDpi w14:val="300"/>
  <w15:docId w15:val="{EF1B9955-D324-4521-8F7D-E27D533E4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a">
    <w:name w:val="Balloon Text"/>
    <w:basedOn w:val="a1"/>
    <w:link w:val="affb"/>
    <w:uiPriority w:val="99"/>
    <w:semiHidden/>
    <w:unhideWhenUsed/>
    <w:rsid w:val="002A2E5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fb">
    <w:name w:val="註解方塊文字 字元"/>
    <w:basedOn w:val="a2"/>
    <w:link w:val="affa"/>
    <w:uiPriority w:val="99"/>
    <w:semiHidden/>
    <w:rsid w:val="002A2E5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5519F2B-83F0-4C25-BA6C-D66B81366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3</cp:revision>
  <cp:lastPrinted>2026-06-08T06:02:00Z</cp:lastPrinted>
  <dcterms:created xsi:type="dcterms:W3CDTF">2013-12-23T23:15:00Z</dcterms:created>
  <dcterms:modified xsi:type="dcterms:W3CDTF">2026-06-08T06:17:00Z</dcterms:modified>
  <cp:category/>
</cp:coreProperties>
</file>